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Borders>
          <w:top w:val="single" w:sz="10" w:space="0" w:color="8B1E16"/>
          <w:left w:val="single" w:sz="10" w:space="0" w:color="8B1E16"/>
          <w:bottom w:val="single" w:sz="10" w:space="0" w:color="8B1E16"/>
          <w:right w:val="single" w:sz="10" w:space="0" w:color="8B1E16"/>
          <w:insideH w:val="single" w:sz="10" w:space="0" w:color="8B1E16"/>
          <w:insideV w:val="single" w:sz="10" w:space="0" w:color="8B1E16"/>
        </w:tblBorders>
        <w:tblLook w:val="04A0" w:firstRow="1" w:lastRow="0" w:firstColumn="1" w:lastColumn="0" w:noHBand="0" w:noVBand="1"/>
      </w:tblPr>
      <w:tblGrid>
        <w:gridCol w:w="10166"/>
      </w:tblGrid>
      <w:tr w:rsidR="002642CD" w14:paraId="36610502" w14:textId="77777777">
        <w:trPr>
          <w:jc w:val="center"/>
        </w:trPr>
        <w:tc>
          <w:tcPr>
            <w:tcW w:w="10166" w:type="dxa"/>
            <w:shd w:val="clear" w:color="auto" w:fill="F6E9E7"/>
            <w:tcMar>
              <w:top w:w="200" w:type="dxa"/>
              <w:left w:w="220" w:type="dxa"/>
              <w:bottom w:w="200" w:type="dxa"/>
              <w:right w:w="220" w:type="dxa"/>
            </w:tcMar>
          </w:tcPr>
          <w:p w14:paraId="59BF6524" w14:textId="77777777" w:rsidR="002642CD" w:rsidRDefault="00000000">
            <w:pPr>
              <w:jc w:val="center"/>
            </w:pPr>
            <w:r>
              <w:rPr>
                <w:b/>
                <w:color w:val="8B1E16"/>
                <w:sz w:val="40"/>
              </w:rPr>
              <w:t>AMPLIFAI 2026 Camera-Ready Metadata and File Checklist</w:t>
            </w:r>
          </w:p>
          <w:p w14:paraId="1E97E953" w14:textId="77777777" w:rsidR="002642CD" w:rsidRDefault="00000000">
            <w:pPr>
              <w:spacing w:after="60"/>
              <w:jc w:val="center"/>
            </w:pPr>
            <w:r>
              <w:rPr>
                <w:b/>
                <w:color w:val="2B6777"/>
                <w:sz w:val="25"/>
              </w:rPr>
              <w:t>For authors of accepted Springer LNCS proceedings papers</w:t>
            </w:r>
          </w:p>
          <w:p w14:paraId="44DEE76C" w14:textId="77777777" w:rsidR="002642CD" w:rsidRDefault="00000000">
            <w:pPr>
              <w:spacing w:after="0"/>
              <w:jc w:val="center"/>
            </w:pPr>
            <w:r>
              <w:rPr>
                <w:i/>
                <w:color w:val="6B7280"/>
                <w:sz w:val="19"/>
              </w:rPr>
              <w:t>Due August 25, 2026, 11:59 PM EDT</w:t>
            </w:r>
          </w:p>
        </w:tc>
      </w:tr>
    </w:tbl>
    <w:p w14:paraId="4309F159" w14:textId="77777777" w:rsidR="002642CD" w:rsidRDefault="002642CD">
      <w:pPr>
        <w:spacing w:after="0"/>
      </w:pPr>
    </w:p>
    <w:tbl>
      <w:tblPr>
        <w:tblW w:w="0" w:type="auto"/>
        <w:jc w:val="center"/>
        <w:tblBorders>
          <w:top w:val="single" w:sz="8" w:space="0" w:color="2B6777"/>
          <w:left w:val="single" w:sz="8" w:space="0" w:color="2B6777"/>
          <w:bottom w:val="single" w:sz="8" w:space="0" w:color="2B6777"/>
          <w:right w:val="single" w:sz="8" w:space="0" w:color="2B6777"/>
          <w:insideH w:val="single" w:sz="8" w:space="0" w:color="2B6777"/>
          <w:insideV w:val="single" w:sz="8" w:space="0" w:color="2B6777"/>
        </w:tblBorders>
        <w:tblLook w:val="04A0" w:firstRow="1" w:lastRow="0" w:firstColumn="1" w:lastColumn="0" w:noHBand="0" w:noVBand="1"/>
      </w:tblPr>
      <w:tblGrid>
        <w:gridCol w:w="10166"/>
      </w:tblGrid>
      <w:tr w:rsidR="002642CD" w14:paraId="358D589B" w14:textId="77777777">
        <w:trPr>
          <w:jc w:val="center"/>
        </w:trPr>
        <w:tc>
          <w:tcPr>
            <w:tcW w:w="10166" w:type="dxa"/>
            <w:shd w:val="clear" w:color="auto" w:fill="EAF2F4"/>
            <w:tcMar>
              <w:top w:w="120" w:type="dxa"/>
              <w:left w:w="150" w:type="dxa"/>
              <w:bottom w:w="120" w:type="dxa"/>
              <w:right w:w="150" w:type="dxa"/>
            </w:tcMar>
          </w:tcPr>
          <w:p w14:paraId="6F7CB214" w14:textId="77777777" w:rsidR="002642CD" w:rsidRDefault="00000000">
            <w:pPr>
              <w:spacing w:after="40"/>
            </w:pPr>
            <w:r>
              <w:rPr>
                <w:b/>
                <w:color w:val="8B1E16"/>
              </w:rPr>
              <w:t>Who should complete this form</w:t>
            </w:r>
          </w:p>
          <w:p w14:paraId="1DC8A5CD" w14:textId="77777777" w:rsidR="002642CD" w:rsidRDefault="00000000">
            <w:pPr>
              <w:spacing w:after="0"/>
            </w:pPr>
            <w:r>
              <w:rPr>
                <w:sz w:val="20"/>
              </w:rPr>
              <w:t>The corresponding author, or an author explicitly designated by the corresponding author, should complete this form after acceptance. Submit one form per accepted paper together with the complete camera-ready file package.</w:t>
            </w:r>
          </w:p>
        </w:tc>
      </w:tr>
    </w:tbl>
    <w:p w14:paraId="0A8CEF74" w14:textId="77777777" w:rsidR="002642CD" w:rsidRDefault="002642CD">
      <w:pPr>
        <w:spacing w:after="0"/>
      </w:pPr>
    </w:p>
    <w:p w14:paraId="5BCAF102" w14:textId="77777777" w:rsidR="002642CD" w:rsidRDefault="00000000">
      <w:r>
        <w:t>Fields marked with an asterisk (*) are required. Enter all information exactly as it appears in the final camera-ready manuscript. Author names, author order, title, abstract, and corresponding author must be final before delivery to Springer.</w:t>
      </w:r>
    </w:p>
    <w:p w14:paraId="138CB897" w14:textId="77777777" w:rsidR="002642CD" w:rsidRDefault="00000000">
      <w:pPr>
        <w:keepNext/>
        <w:spacing w:before="200" w:after="80"/>
      </w:pPr>
      <w:r>
        <w:rPr>
          <w:b/>
          <w:color w:val="8B1E16"/>
          <w:sz w:val="27"/>
        </w:rPr>
        <w:t>A. Paper identification</w:t>
      </w:r>
    </w:p>
    <w:tbl>
      <w:tblPr>
        <w:tblW w:w="0" w:type="auto"/>
        <w:jc w:val="center"/>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4A0" w:firstRow="1" w:lastRow="0" w:firstColumn="1" w:lastColumn="0" w:noHBand="0" w:noVBand="1"/>
      </w:tblPr>
      <w:tblGrid>
        <w:gridCol w:w="3240"/>
        <w:gridCol w:w="6552"/>
      </w:tblGrid>
      <w:tr w:rsidR="002642CD" w14:paraId="4DB20304" w14:textId="77777777">
        <w:trPr>
          <w:jc w:val="center"/>
        </w:trPr>
        <w:tc>
          <w:tcPr>
            <w:tcW w:w="3240" w:type="dxa"/>
            <w:shd w:val="clear" w:color="auto" w:fill="EAF2F4"/>
            <w:tcMar>
              <w:top w:w="100" w:type="dxa"/>
              <w:left w:w="110" w:type="dxa"/>
              <w:bottom w:w="100" w:type="dxa"/>
              <w:right w:w="110" w:type="dxa"/>
            </w:tcMar>
          </w:tcPr>
          <w:p w14:paraId="18922AAF" w14:textId="77777777" w:rsidR="002642CD" w:rsidRDefault="00000000">
            <w:r>
              <w:rPr>
                <w:b/>
                <w:color w:val="1F2937"/>
                <w:sz w:val="18"/>
              </w:rPr>
              <w:t>OpenReview submission ID *</w:t>
            </w:r>
          </w:p>
        </w:tc>
        <w:tc>
          <w:tcPr>
            <w:tcW w:w="6552" w:type="dxa"/>
            <w:shd w:val="clear" w:color="auto" w:fill="FFFFFF"/>
            <w:tcMar>
              <w:top w:w="100" w:type="dxa"/>
              <w:left w:w="110" w:type="dxa"/>
              <w:bottom w:w="100" w:type="dxa"/>
              <w:right w:w="110" w:type="dxa"/>
            </w:tcMar>
          </w:tcPr>
          <w:p w14:paraId="3A7C4D66" w14:textId="77777777" w:rsidR="002642CD" w:rsidRDefault="00000000">
            <w:r>
              <w:rPr>
                <w:color w:val="6B7280"/>
                <w:sz w:val="18"/>
              </w:rPr>
              <w:t>[Enter paper ID]</w:t>
            </w:r>
          </w:p>
        </w:tc>
      </w:tr>
      <w:tr w:rsidR="002642CD" w14:paraId="7339ABC0" w14:textId="77777777">
        <w:trPr>
          <w:trHeight w:val="936"/>
          <w:jc w:val="center"/>
        </w:trPr>
        <w:tc>
          <w:tcPr>
            <w:tcW w:w="3240" w:type="dxa"/>
            <w:shd w:val="clear" w:color="auto" w:fill="EAF2F4"/>
            <w:tcMar>
              <w:top w:w="100" w:type="dxa"/>
              <w:left w:w="110" w:type="dxa"/>
              <w:bottom w:w="100" w:type="dxa"/>
              <w:right w:w="110" w:type="dxa"/>
            </w:tcMar>
          </w:tcPr>
          <w:p w14:paraId="412A9CCD" w14:textId="77777777" w:rsidR="002642CD" w:rsidRDefault="00000000">
            <w:r>
              <w:rPr>
                <w:b/>
                <w:color w:val="1F2937"/>
                <w:sz w:val="18"/>
              </w:rPr>
              <w:t>Final paper title *</w:t>
            </w:r>
          </w:p>
        </w:tc>
        <w:tc>
          <w:tcPr>
            <w:tcW w:w="6552" w:type="dxa"/>
            <w:shd w:val="clear" w:color="auto" w:fill="FFFFFF"/>
            <w:tcMar>
              <w:top w:w="100" w:type="dxa"/>
              <w:left w:w="110" w:type="dxa"/>
              <w:bottom w:w="100" w:type="dxa"/>
              <w:right w:w="110" w:type="dxa"/>
            </w:tcMar>
          </w:tcPr>
          <w:p w14:paraId="1ACE30FA" w14:textId="77777777" w:rsidR="002642CD" w:rsidRDefault="00000000">
            <w:r>
              <w:rPr>
                <w:color w:val="6B7280"/>
                <w:sz w:val="18"/>
              </w:rPr>
              <w:t>[Must match the camera-ready PDF exactly]</w:t>
            </w:r>
          </w:p>
        </w:tc>
      </w:tr>
      <w:tr w:rsidR="002642CD" w14:paraId="53F47E33" w14:textId="77777777">
        <w:trPr>
          <w:trHeight w:val="1944"/>
          <w:jc w:val="center"/>
        </w:trPr>
        <w:tc>
          <w:tcPr>
            <w:tcW w:w="3240" w:type="dxa"/>
            <w:shd w:val="clear" w:color="auto" w:fill="EAF2F4"/>
            <w:tcMar>
              <w:top w:w="100" w:type="dxa"/>
              <w:left w:w="110" w:type="dxa"/>
              <w:bottom w:w="100" w:type="dxa"/>
              <w:right w:w="110" w:type="dxa"/>
            </w:tcMar>
          </w:tcPr>
          <w:p w14:paraId="067EE927" w14:textId="77777777" w:rsidR="002642CD" w:rsidRDefault="00000000">
            <w:r>
              <w:rPr>
                <w:b/>
                <w:color w:val="1F2937"/>
                <w:sz w:val="18"/>
              </w:rPr>
              <w:t>Final abstract *</w:t>
            </w:r>
          </w:p>
        </w:tc>
        <w:tc>
          <w:tcPr>
            <w:tcW w:w="6552" w:type="dxa"/>
            <w:shd w:val="clear" w:color="auto" w:fill="FFFFFF"/>
            <w:tcMar>
              <w:top w:w="100" w:type="dxa"/>
              <w:left w:w="110" w:type="dxa"/>
              <w:bottom w:w="100" w:type="dxa"/>
              <w:right w:w="110" w:type="dxa"/>
            </w:tcMar>
          </w:tcPr>
          <w:p w14:paraId="4DC32F25" w14:textId="77777777" w:rsidR="002642CD" w:rsidRDefault="00000000">
            <w:r>
              <w:rPr>
                <w:color w:val="6B7280"/>
                <w:sz w:val="18"/>
              </w:rPr>
              <w:t>[Must match the camera-ready PDF exactly]</w:t>
            </w:r>
          </w:p>
        </w:tc>
      </w:tr>
      <w:tr w:rsidR="002642CD" w14:paraId="7FD09505" w14:textId="77777777">
        <w:trPr>
          <w:jc w:val="center"/>
        </w:trPr>
        <w:tc>
          <w:tcPr>
            <w:tcW w:w="3240" w:type="dxa"/>
            <w:shd w:val="clear" w:color="auto" w:fill="EAF2F4"/>
            <w:tcMar>
              <w:top w:w="100" w:type="dxa"/>
              <w:left w:w="110" w:type="dxa"/>
              <w:bottom w:w="100" w:type="dxa"/>
              <w:right w:w="110" w:type="dxa"/>
            </w:tcMar>
          </w:tcPr>
          <w:p w14:paraId="659A499C" w14:textId="77777777" w:rsidR="002642CD" w:rsidRDefault="00000000">
            <w:r>
              <w:rPr>
                <w:b/>
                <w:color w:val="1F2937"/>
                <w:sz w:val="18"/>
              </w:rPr>
              <w:t>Suggested abbreviated running head</w:t>
            </w:r>
          </w:p>
        </w:tc>
        <w:tc>
          <w:tcPr>
            <w:tcW w:w="6552" w:type="dxa"/>
            <w:shd w:val="clear" w:color="auto" w:fill="FFFFFF"/>
            <w:tcMar>
              <w:top w:w="100" w:type="dxa"/>
              <w:left w:w="110" w:type="dxa"/>
              <w:bottom w:w="100" w:type="dxa"/>
              <w:right w:w="110" w:type="dxa"/>
            </w:tcMar>
          </w:tcPr>
          <w:p w14:paraId="6B06D2C4" w14:textId="77777777" w:rsidR="002642CD" w:rsidRDefault="00000000">
            <w:r>
              <w:rPr>
                <w:color w:val="6B7280"/>
                <w:sz w:val="18"/>
              </w:rPr>
              <w:t>[Optional; provide if the title is long]</w:t>
            </w:r>
          </w:p>
        </w:tc>
      </w:tr>
      <w:tr w:rsidR="002642CD" w14:paraId="4785DD51" w14:textId="77777777">
        <w:trPr>
          <w:jc w:val="center"/>
        </w:trPr>
        <w:tc>
          <w:tcPr>
            <w:tcW w:w="3240" w:type="dxa"/>
            <w:shd w:val="clear" w:color="auto" w:fill="EAF2F4"/>
            <w:tcMar>
              <w:top w:w="100" w:type="dxa"/>
              <w:left w:w="110" w:type="dxa"/>
              <w:bottom w:w="100" w:type="dxa"/>
              <w:right w:w="110" w:type="dxa"/>
            </w:tcMar>
          </w:tcPr>
          <w:p w14:paraId="7FF1EFB3" w14:textId="77777777" w:rsidR="002642CD" w:rsidRDefault="00000000">
            <w:r>
              <w:rPr>
                <w:b/>
                <w:color w:val="1F2937"/>
                <w:sz w:val="18"/>
              </w:rPr>
              <w:t>Final paper keywords</w:t>
            </w:r>
          </w:p>
        </w:tc>
        <w:tc>
          <w:tcPr>
            <w:tcW w:w="6552" w:type="dxa"/>
            <w:shd w:val="clear" w:color="auto" w:fill="FFFFFF"/>
            <w:tcMar>
              <w:top w:w="100" w:type="dxa"/>
              <w:left w:w="110" w:type="dxa"/>
              <w:bottom w:w="100" w:type="dxa"/>
              <w:right w:w="110" w:type="dxa"/>
            </w:tcMar>
          </w:tcPr>
          <w:p w14:paraId="7F85B536" w14:textId="77777777" w:rsidR="002642CD" w:rsidRDefault="00000000">
            <w:r>
              <w:rPr>
                <w:color w:val="6B7280"/>
                <w:sz w:val="18"/>
              </w:rPr>
              <w:t>[Enter the keywords used in OpenReview/manuscript, if applicable]</w:t>
            </w:r>
          </w:p>
        </w:tc>
      </w:tr>
    </w:tbl>
    <w:p w14:paraId="75883A46" w14:textId="77777777" w:rsidR="002642CD" w:rsidRDefault="00000000">
      <w:pPr>
        <w:keepNext/>
        <w:spacing w:before="200" w:after="80"/>
      </w:pPr>
      <w:r>
        <w:rPr>
          <w:b/>
          <w:color w:val="8B1E16"/>
          <w:sz w:val="27"/>
        </w:rPr>
        <w:t>B. Final author information</w:t>
      </w:r>
    </w:p>
    <w:p w14:paraId="06308512" w14:textId="77777777" w:rsidR="002642CD" w:rsidRDefault="00000000">
      <w:r>
        <w:t>List every author in the final publication order. Use the author's full given name(s) and family name exactly as they should appear in the paper and Springer metadata. Add rows if needed.</w:t>
      </w:r>
    </w:p>
    <w:p w14:paraId="0E6DBDC3" w14:textId="77777777" w:rsidR="002642CD" w:rsidRDefault="002642CD">
      <w:pPr>
        <w:sectPr w:rsidR="002642CD">
          <w:footerReference w:type="default" r:id="rId8"/>
          <w:pgSz w:w="12240" w:h="15840"/>
          <w:pgMar w:top="936" w:right="1037" w:bottom="936" w:left="1037" w:header="720" w:footer="720" w:gutter="0"/>
          <w:cols w:space="720"/>
          <w:docGrid w:linePitch="360"/>
        </w:sectPr>
      </w:pPr>
    </w:p>
    <w:tbl>
      <w:tblPr>
        <w:tblW w:w="0" w:type="auto"/>
        <w:jc w:val="center"/>
        <w:tblLayout w:type="fixed"/>
        <w:tblLook w:val="04A0" w:firstRow="1" w:lastRow="0" w:firstColumn="1" w:lastColumn="0" w:noHBand="0" w:noVBand="1"/>
      </w:tblPr>
      <w:tblGrid>
        <w:gridCol w:w="2037"/>
        <w:gridCol w:w="2376"/>
        <w:gridCol w:w="2037"/>
        <w:gridCol w:w="2592"/>
        <w:gridCol w:w="2037"/>
        <w:gridCol w:w="3240"/>
        <w:gridCol w:w="2037"/>
      </w:tblGrid>
      <w:tr w:rsidR="002642CD" w14:paraId="408307BF" w14:textId="77777777">
        <w:trPr>
          <w:tblHeader/>
          <w:jc w:val="center"/>
        </w:trPr>
        <w:tc>
          <w:tcPr>
            <w:tcW w:w="2037" w:type="dxa"/>
            <w:shd w:val="clear" w:color="auto" w:fill="8B1E16"/>
            <w:tcMar>
              <w:top w:w="80" w:type="dxa"/>
              <w:left w:w="70" w:type="dxa"/>
              <w:bottom w:w="80" w:type="dxa"/>
              <w:right w:w="70" w:type="dxa"/>
            </w:tcMar>
          </w:tcPr>
          <w:p w14:paraId="23159A7D" w14:textId="77777777" w:rsidR="002642CD" w:rsidRDefault="00000000">
            <w:pPr>
              <w:jc w:val="center"/>
            </w:pPr>
            <w:r>
              <w:rPr>
                <w:b/>
                <w:color w:val="FFFFFF"/>
                <w:sz w:val="16"/>
              </w:rPr>
              <w:lastRenderedPageBreak/>
              <w:t>Order</w:t>
            </w:r>
          </w:p>
        </w:tc>
        <w:tc>
          <w:tcPr>
            <w:tcW w:w="2037" w:type="dxa"/>
            <w:shd w:val="clear" w:color="auto" w:fill="8B1E16"/>
            <w:tcMar>
              <w:top w:w="80" w:type="dxa"/>
              <w:left w:w="70" w:type="dxa"/>
              <w:bottom w:w="80" w:type="dxa"/>
              <w:right w:w="70" w:type="dxa"/>
            </w:tcMar>
          </w:tcPr>
          <w:p w14:paraId="0ED46D2D" w14:textId="77777777" w:rsidR="002642CD" w:rsidRDefault="00000000">
            <w:pPr>
              <w:jc w:val="center"/>
            </w:pPr>
            <w:r>
              <w:rPr>
                <w:b/>
                <w:color w:val="FFFFFF"/>
                <w:sz w:val="16"/>
              </w:rPr>
              <w:t>Given name(s)</w:t>
            </w:r>
          </w:p>
        </w:tc>
        <w:tc>
          <w:tcPr>
            <w:tcW w:w="2037" w:type="dxa"/>
            <w:shd w:val="clear" w:color="auto" w:fill="8B1E16"/>
            <w:tcMar>
              <w:top w:w="80" w:type="dxa"/>
              <w:left w:w="70" w:type="dxa"/>
              <w:bottom w:w="80" w:type="dxa"/>
              <w:right w:w="70" w:type="dxa"/>
            </w:tcMar>
          </w:tcPr>
          <w:p w14:paraId="066D20EE" w14:textId="77777777" w:rsidR="002642CD" w:rsidRDefault="00000000">
            <w:pPr>
              <w:jc w:val="center"/>
            </w:pPr>
            <w:r>
              <w:rPr>
                <w:b/>
                <w:color w:val="FFFFFF"/>
                <w:sz w:val="16"/>
              </w:rPr>
              <w:t>Family name</w:t>
            </w:r>
          </w:p>
        </w:tc>
        <w:tc>
          <w:tcPr>
            <w:tcW w:w="2037" w:type="dxa"/>
            <w:shd w:val="clear" w:color="auto" w:fill="8B1E16"/>
            <w:tcMar>
              <w:top w:w="80" w:type="dxa"/>
              <w:left w:w="70" w:type="dxa"/>
              <w:bottom w:w="80" w:type="dxa"/>
              <w:right w:w="70" w:type="dxa"/>
            </w:tcMar>
          </w:tcPr>
          <w:p w14:paraId="23950C2D" w14:textId="77777777" w:rsidR="002642CD" w:rsidRDefault="00000000">
            <w:pPr>
              <w:jc w:val="center"/>
            </w:pPr>
            <w:r>
              <w:rPr>
                <w:b/>
                <w:color w:val="FFFFFF"/>
                <w:sz w:val="16"/>
              </w:rPr>
              <w:t>Email</w:t>
            </w:r>
          </w:p>
        </w:tc>
        <w:tc>
          <w:tcPr>
            <w:tcW w:w="2037" w:type="dxa"/>
            <w:shd w:val="clear" w:color="auto" w:fill="8B1E16"/>
            <w:tcMar>
              <w:top w:w="80" w:type="dxa"/>
              <w:left w:w="70" w:type="dxa"/>
              <w:bottom w:w="80" w:type="dxa"/>
              <w:right w:w="70" w:type="dxa"/>
            </w:tcMar>
          </w:tcPr>
          <w:p w14:paraId="2800D94A" w14:textId="77777777" w:rsidR="002642CD" w:rsidRDefault="00000000">
            <w:pPr>
              <w:jc w:val="center"/>
            </w:pPr>
            <w:r>
              <w:rPr>
                <w:b/>
                <w:color w:val="FFFFFF"/>
                <w:sz w:val="16"/>
              </w:rPr>
              <w:t>ORCID</w:t>
            </w:r>
          </w:p>
        </w:tc>
        <w:tc>
          <w:tcPr>
            <w:tcW w:w="2037" w:type="dxa"/>
            <w:shd w:val="clear" w:color="auto" w:fill="8B1E16"/>
            <w:tcMar>
              <w:top w:w="80" w:type="dxa"/>
              <w:left w:w="70" w:type="dxa"/>
              <w:bottom w:w="80" w:type="dxa"/>
              <w:right w:w="70" w:type="dxa"/>
            </w:tcMar>
          </w:tcPr>
          <w:p w14:paraId="439CB58A" w14:textId="77777777" w:rsidR="002642CD" w:rsidRDefault="00000000">
            <w:pPr>
              <w:jc w:val="center"/>
            </w:pPr>
            <w:r>
              <w:rPr>
                <w:b/>
                <w:color w:val="FFFFFF"/>
                <w:sz w:val="16"/>
              </w:rPr>
              <w:t>Affiliation</w:t>
            </w:r>
          </w:p>
        </w:tc>
        <w:tc>
          <w:tcPr>
            <w:tcW w:w="2037" w:type="dxa"/>
            <w:shd w:val="clear" w:color="auto" w:fill="8B1E16"/>
            <w:tcMar>
              <w:top w:w="80" w:type="dxa"/>
              <w:left w:w="70" w:type="dxa"/>
              <w:bottom w:w="80" w:type="dxa"/>
              <w:right w:w="70" w:type="dxa"/>
            </w:tcMar>
          </w:tcPr>
          <w:p w14:paraId="6DED37D0" w14:textId="77777777" w:rsidR="002642CD" w:rsidRDefault="00000000">
            <w:pPr>
              <w:jc w:val="center"/>
            </w:pPr>
            <w:r>
              <w:rPr>
                <w:b/>
                <w:color w:val="FFFFFF"/>
                <w:sz w:val="16"/>
              </w:rPr>
              <w:t>Corresponding?</w:t>
            </w:r>
          </w:p>
        </w:tc>
      </w:tr>
      <w:tr w:rsidR="002642CD" w14:paraId="327CDC13" w14:textId="77777777">
        <w:trPr>
          <w:jc w:val="center"/>
        </w:trPr>
        <w:tc>
          <w:tcPr>
            <w:tcW w:w="792" w:type="dxa"/>
            <w:tcMar>
              <w:top w:w="110" w:type="dxa"/>
              <w:left w:w="65" w:type="dxa"/>
              <w:bottom w:w="110" w:type="dxa"/>
              <w:right w:w="65" w:type="dxa"/>
            </w:tcMar>
          </w:tcPr>
          <w:p w14:paraId="7DCCF47D" w14:textId="77777777" w:rsidR="002642CD" w:rsidRDefault="00000000">
            <w:r>
              <w:rPr>
                <w:color w:val="1F2937"/>
                <w:sz w:val="16"/>
              </w:rPr>
              <w:t>1</w:t>
            </w:r>
          </w:p>
        </w:tc>
        <w:tc>
          <w:tcPr>
            <w:tcW w:w="2376" w:type="dxa"/>
            <w:tcMar>
              <w:top w:w="110" w:type="dxa"/>
              <w:left w:w="65" w:type="dxa"/>
              <w:bottom w:w="110" w:type="dxa"/>
              <w:right w:w="65" w:type="dxa"/>
            </w:tcMar>
          </w:tcPr>
          <w:p w14:paraId="3ACC51E7" w14:textId="77777777" w:rsidR="002642CD" w:rsidRDefault="002642CD"/>
        </w:tc>
        <w:tc>
          <w:tcPr>
            <w:tcW w:w="1800" w:type="dxa"/>
            <w:tcMar>
              <w:top w:w="110" w:type="dxa"/>
              <w:left w:w="65" w:type="dxa"/>
              <w:bottom w:w="110" w:type="dxa"/>
              <w:right w:w="65" w:type="dxa"/>
            </w:tcMar>
          </w:tcPr>
          <w:p w14:paraId="4B6ED360" w14:textId="77777777" w:rsidR="002642CD" w:rsidRDefault="002642CD"/>
        </w:tc>
        <w:tc>
          <w:tcPr>
            <w:tcW w:w="2592" w:type="dxa"/>
            <w:tcMar>
              <w:top w:w="110" w:type="dxa"/>
              <w:left w:w="65" w:type="dxa"/>
              <w:bottom w:w="110" w:type="dxa"/>
              <w:right w:w="65" w:type="dxa"/>
            </w:tcMar>
          </w:tcPr>
          <w:p w14:paraId="75AFD626" w14:textId="77777777" w:rsidR="002642CD" w:rsidRDefault="002642CD"/>
        </w:tc>
        <w:tc>
          <w:tcPr>
            <w:tcW w:w="1800" w:type="dxa"/>
            <w:tcMar>
              <w:top w:w="110" w:type="dxa"/>
              <w:left w:w="65" w:type="dxa"/>
              <w:bottom w:w="110" w:type="dxa"/>
              <w:right w:w="65" w:type="dxa"/>
            </w:tcMar>
          </w:tcPr>
          <w:p w14:paraId="75B76C8F" w14:textId="77777777" w:rsidR="002642CD" w:rsidRDefault="002642CD"/>
        </w:tc>
        <w:tc>
          <w:tcPr>
            <w:tcW w:w="3240" w:type="dxa"/>
            <w:tcMar>
              <w:top w:w="110" w:type="dxa"/>
              <w:left w:w="65" w:type="dxa"/>
              <w:bottom w:w="110" w:type="dxa"/>
              <w:right w:w="65" w:type="dxa"/>
            </w:tcMar>
          </w:tcPr>
          <w:p w14:paraId="18CC946D" w14:textId="77777777" w:rsidR="002642CD" w:rsidRDefault="002642CD"/>
        </w:tc>
        <w:tc>
          <w:tcPr>
            <w:tcW w:w="1800" w:type="dxa"/>
            <w:tcMar>
              <w:top w:w="110" w:type="dxa"/>
              <w:left w:w="65" w:type="dxa"/>
              <w:bottom w:w="110" w:type="dxa"/>
              <w:right w:w="65" w:type="dxa"/>
            </w:tcMar>
          </w:tcPr>
          <w:p w14:paraId="7B66D16A" w14:textId="77777777" w:rsidR="002642CD" w:rsidRDefault="00000000">
            <w:r>
              <w:rPr>
                <w:color w:val="6B7280"/>
                <w:sz w:val="16"/>
              </w:rPr>
              <w:t>[ ] Yes</w:t>
            </w:r>
          </w:p>
        </w:tc>
      </w:tr>
      <w:tr w:rsidR="002642CD" w14:paraId="71F11286" w14:textId="77777777">
        <w:trPr>
          <w:jc w:val="center"/>
        </w:trPr>
        <w:tc>
          <w:tcPr>
            <w:tcW w:w="792" w:type="dxa"/>
            <w:shd w:val="clear" w:color="auto" w:fill="F3F4F6"/>
            <w:tcMar>
              <w:top w:w="110" w:type="dxa"/>
              <w:left w:w="65" w:type="dxa"/>
              <w:bottom w:w="110" w:type="dxa"/>
              <w:right w:w="65" w:type="dxa"/>
            </w:tcMar>
          </w:tcPr>
          <w:p w14:paraId="7B139572" w14:textId="77777777" w:rsidR="002642CD" w:rsidRDefault="00000000">
            <w:r>
              <w:rPr>
                <w:color w:val="1F2937"/>
                <w:sz w:val="16"/>
              </w:rPr>
              <w:t>2</w:t>
            </w:r>
          </w:p>
        </w:tc>
        <w:tc>
          <w:tcPr>
            <w:tcW w:w="2376" w:type="dxa"/>
            <w:shd w:val="clear" w:color="auto" w:fill="F3F4F6"/>
            <w:tcMar>
              <w:top w:w="110" w:type="dxa"/>
              <w:left w:w="65" w:type="dxa"/>
              <w:bottom w:w="110" w:type="dxa"/>
              <w:right w:w="65" w:type="dxa"/>
            </w:tcMar>
          </w:tcPr>
          <w:p w14:paraId="395940BB" w14:textId="77777777" w:rsidR="002642CD" w:rsidRDefault="002642CD"/>
        </w:tc>
        <w:tc>
          <w:tcPr>
            <w:tcW w:w="1800" w:type="dxa"/>
            <w:shd w:val="clear" w:color="auto" w:fill="F3F4F6"/>
            <w:tcMar>
              <w:top w:w="110" w:type="dxa"/>
              <w:left w:w="65" w:type="dxa"/>
              <w:bottom w:w="110" w:type="dxa"/>
              <w:right w:w="65" w:type="dxa"/>
            </w:tcMar>
          </w:tcPr>
          <w:p w14:paraId="30152B9D" w14:textId="77777777" w:rsidR="002642CD" w:rsidRDefault="002642CD"/>
        </w:tc>
        <w:tc>
          <w:tcPr>
            <w:tcW w:w="2592" w:type="dxa"/>
            <w:shd w:val="clear" w:color="auto" w:fill="F3F4F6"/>
            <w:tcMar>
              <w:top w:w="110" w:type="dxa"/>
              <w:left w:w="65" w:type="dxa"/>
              <w:bottom w:w="110" w:type="dxa"/>
              <w:right w:w="65" w:type="dxa"/>
            </w:tcMar>
          </w:tcPr>
          <w:p w14:paraId="3736EC2B" w14:textId="77777777" w:rsidR="002642CD" w:rsidRDefault="002642CD"/>
        </w:tc>
        <w:tc>
          <w:tcPr>
            <w:tcW w:w="1800" w:type="dxa"/>
            <w:shd w:val="clear" w:color="auto" w:fill="F3F4F6"/>
            <w:tcMar>
              <w:top w:w="110" w:type="dxa"/>
              <w:left w:w="65" w:type="dxa"/>
              <w:bottom w:w="110" w:type="dxa"/>
              <w:right w:w="65" w:type="dxa"/>
            </w:tcMar>
          </w:tcPr>
          <w:p w14:paraId="510F080F" w14:textId="77777777" w:rsidR="002642CD" w:rsidRDefault="002642CD"/>
        </w:tc>
        <w:tc>
          <w:tcPr>
            <w:tcW w:w="3240" w:type="dxa"/>
            <w:shd w:val="clear" w:color="auto" w:fill="F3F4F6"/>
            <w:tcMar>
              <w:top w:w="110" w:type="dxa"/>
              <w:left w:w="65" w:type="dxa"/>
              <w:bottom w:w="110" w:type="dxa"/>
              <w:right w:w="65" w:type="dxa"/>
            </w:tcMar>
          </w:tcPr>
          <w:p w14:paraId="48B50A81" w14:textId="77777777" w:rsidR="002642CD" w:rsidRDefault="002642CD"/>
        </w:tc>
        <w:tc>
          <w:tcPr>
            <w:tcW w:w="1800" w:type="dxa"/>
            <w:shd w:val="clear" w:color="auto" w:fill="F3F4F6"/>
            <w:tcMar>
              <w:top w:w="110" w:type="dxa"/>
              <w:left w:w="65" w:type="dxa"/>
              <w:bottom w:w="110" w:type="dxa"/>
              <w:right w:w="65" w:type="dxa"/>
            </w:tcMar>
          </w:tcPr>
          <w:p w14:paraId="6460D5A5" w14:textId="77777777" w:rsidR="002642CD" w:rsidRDefault="00000000">
            <w:r>
              <w:rPr>
                <w:color w:val="6B7280"/>
                <w:sz w:val="16"/>
              </w:rPr>
              <w:t>[ ] Yes</w:t>
            </w:r>
          </w:p>
        </w:tc>
      </w:tr>
      <w:tr w:rsidR="002642CD" w14:paraId="79CA9418" w14:textId="77777777">
        <w:trPr>
          <w:jc w:val="center"/>
        </w:trPr>
        <w:tc>
          <w:tcPr>
            <w:tcW w:w="792" w:type="dxa"/>
            <w:tcMar>
              <w:top w:w="110" w:type="dxa"/>
              <w:left w:w="65" w:type="dxa"/>
              <w:bottom w:w="110" w:type="dxa"/>
              <w:right w:w="65" w:type="dxa"/>
            </w:tcMar>
          </w:tcPr>
          <w:p w14:paraId="48609AFC" w14:textId="77777777" w:rsidR="002642CD" w:rsidRDefault="00000000">
            <w:r>
              <w:rPr>
                <w:color w:val="1F2937"/>
                <w:sz w:val="16"/>
              </w:rPr>
              <w:t>3</w:t>
            </w:r>
          </w:p>
        </w:tc>
        <w:tc>
          <w:tcPr>
            <w:tcW w:w="2376" w:type="dxa"/>
            <w:tcMar>
              <w:top w:w="110" w:type="dxa"/>
              <w:left w:w="65" w:type="dxa"/>
              <w:bottom w:w="110" w:type="dxa"/>
              <w:right w:w="65" w:type="dxa"/>
            </w:tcMar>
          </w:tcPr>
          <w:p w14:paraId="3D269C93" w14:textId="77777777" w:rsidR="002642CD" w:rsidRDefault="002642CD"/>
        </w:tc>
        <w:tc>
          <w:tcPr>
            <w:tcW w:w="1800" w:type="dxa"/>
            <w:tcMar>
              <w:top w:w="110" w:type="dxa"/>
              <w:left w:w="65" w:type="dxa"/>
              <w:bottom w:w="110" w:type="dxa"/>
              <w:right w:w="65" w:type="dxa"/>
            </w:tcMar>
          </w:tcPr>
          <w:p w14:paraId="0D5183E1" w14:textId="77777777" w:rsidR="002642CD" w:rsidRDefault="002642CD"/>
        </w:tc>
        <w:tc>
          <w:tcPr>
            <w:tcW w:w="2592" w:type="dxa"/>
            <w:tcMar>
              <w:top w:w="110" w:type="dxa"/>
              <w:left w:w="65" w:type="dxa"/>
              <w:bottom w:w="110" w:type="dxa"/>
              <w:right w:w="65" w:type="dxa"/>
            </w:tcMar>
          </w:tcPr>
          <w:p w14:paraId="0B3D055D" w14:textId="77777777" w:rsidR="002642CD" w:rsidRDefault="002642CD"/>
        </w:tc>
        <w:tc>
          <w:tcPr>
            <w:tcW w:w="1800" w:type="dxa"/>
            <w:tcMar>
              <w:top w:w="110" w:type="dxa"/>
              <w:left w:w="65" w:type="dxa"/>
              <w:bottom w:w="110" w:type="dxa"/>
              <w:right w:w="65" w:type="dxa"/>
            </w:tcMar>
          </w:tcPr>
          <w:p w14:paraId="3F038439" w14:textId="77777777" w:rsidR="002642CD" w:rsidRDefault="002642CD"/>
        </w:tc>
        <w:tc>
          <w:tcPr>
            <w:tcW w:w="3240" w:type="dxa"/>
            <w:tcMar>
              <w:top w:w="110" w:type="dxa"/>
              <w:left w:w="65" w:type="dxa"/>
              <w:bottom w:w="110" w:type="dxa"/>
              <w:right w:w="65" w:type="dxa"/>
            </w:tcMar>
          </w:tcPr>
          <w:p w14:paraId="04F44478" w14:textId="77777777" w:rsidR="002642CD" w:rsidRDefault="002642CD"/>
        </w:tc>
        <w:tc>
          <w:tcPr>
            <w:tcW w:w="1800" w:type="dxa"/>
            <w:tcMar>
              <w:top w:w="110" w:type="dxa"/>
              <w:left w:w="65" w:type="dxa"/>
              <w:bottom w:w="110" w:type="dxa"/>
              <w:right w:w="65" w:type="dxa"/>
            </w:tcMar>
          </w:tcPr>
          <w:p w14:paraId="29F36731" w14:textId="77777777" w:rsidR="002642CD" w:rsidRDefault="00000000">
            <w:r>
              <w:rPr>
                <w:color w:val="6B7280"/>
                <w:sz w:val="16"/>
              </w:rPr>
              <w:t>[ ] Yes</w:t>
            </w:r>
          </w:p>
        </w:tc>
      </w:tr>
      <w:tr w:rsidR="002642CD" w14:paraId="2F31C3C5" w14:textId="77777777">
        <w:trPr>
          <w:jc w:val="center"/>
        </w:trPr>
        <w:tc>
          <w:tcPr>
            <w:tcW w:w="792" w:type="dxa"/>
            <w:shd w:val="clear" w:color="auto" w:fill="F3F4F6"/>
            <w:tcMar>
              <w:top w:w="110" w:type="dxa"/>
              <w:left w:w="65" w:type="dxa"/>
              <w:bottom w:w="110" w:type="dxa"/>
              <w:right w:w="65" w:type="dxa"/>
            </w:tcMar>
          </w:tcPr>
          <w:p w14:paraId="6BA05FFE" w14:textId="77777777" w:rsidR="002642CD" w:rsidRDefault="00000000">
            <w:r>
              <w:rPr>
                <w:color w:val="1F2937"/>
                <w:sz w:val="16"/>
              </w:rPr>
              <w:t>4</w:t>
            </w:r>
          </w:p>
        </w:tc>
        <w:tc>
          <w:tcPr>
            <w:tcW w:w="2376" w:type="dxa"/>
            <w:shd w:val="clear" w:color="auto" w:fill="F3F4F6"/>
            <w:tcMar>
              <w:top w:w="110" w:type="dxa"/>
              <w:left w:w="65" w:type="dxa"/>
              <w:bottom w:w="110" w:type="dxa"/>
              <w:right w:w="65" w:type="dxa"/>
            </w:tcMar>
          </w:tcPr>
          <w:p w14:paraId="028F761C" w14:textId="77777777" w:rsidR="002642CD" w:rsidRDefault="002642CD"/>
        </w:tc>
        <w:tc>
          <w:tcPr>
            <w:tcW w:w="1800" w:type="dxa"/>
            <w:shd w:val="clear" w:color="auto" w:fill="F3F4F6"/>
            <w:tcMar>
              <w:top w:w="110" w:type="dxa"/>
              <w:left w:w="65" w:type="dxa"/>
              <w:bottom w:w="110" w:type="dxa"/>
              <w:right w:w="65" w:type="dxa"/>
            </w:tcMar>
          </w:tcPr>
          <w:p w14:paraId="54B2B3C3" w14:textId="77777777" w:rsidR="002642CD" w:rsidRDefault="002642CD"/>
        </w:tc>
        <w:tc>
          <w:tcPr>
            <w:tcW w:w="2592" w:type="dxa"/>
            <w:shd w:val="clear" w:color="auto" w:fill="F3F4F6"/>
            <w:tcMar>
              <w:top w:w="110" w:type="dxa"/>
              <w:left w:w="65" w:type="dxa"/>
              <w:bottom w:w="110" w:type="dxa"/>
              <w:right w:w="65" w:type="dxa"/>
            </w:tcMar>
          </w:tcPr>
          <w:p w14:paraId="66A72465" w14:textId="77777777" w:rsidR="002642CD" w:rsidRDefault="002642CD"/>
        </w:tc>
        <w:tc>
          <w:tcPr>
            <w:tcW w:w="1800" w:type="dxa"/>
            <w:shd w:val="clear" w:color="auto" w:fill="F3F4F6"/>
            <w:tcMar>
              <w:top w:w="110" w:type="dxa"/>
              <w:left w:w="65" w:type="dxa"/>
              <w:bottom w:w="110" w:type="dxa"/>
              <w:right w:w="65" w:type="dxa"/>
            </w:tcMar>
          </w:tcPr>
          <w:p w14:paraId="352C1E65" w14:textId="77777777" w:rsidR="002642CD" w:rsidRDefault="002642CD"/>
        </w:tc>
        <w:tc>
          <w:tcPr>
            <w:tcW w:w="3240" w:type="dxa"/>
            <w:shd w:val="clear" w:color="auto" w:fill="F3F4F6"/>
            <w:tcMar>
              <w:top w:w="110" w:type="dxa"/>
              <w:left w:w="65" w:type="dxa"/>
              <w:bottom w:w="110" w:type="dxa"/>
              <w:right w:w="65" w:type="dxa"/>
            </w:tcMar>
          </w:tcPr>
          <w:p w14:paraId="7896CB26" w14:textId="77777777" w:rsidR="002642CD" w:rsidRDefault="002642CD"/>
        </w:tc>
        <w:tc>
          <w:tcPr>
            <w:tcW w:w="1800" w:type="dxa"/>
            <w:shd w:val="clear" w:color="auto" w:fill="F3F4F6"/>
            <w:tcMar>
              <w:top w:w="110" w:type="dxa"/>
              <w:left w:w="65" w:type="dxa"/>
              <w:bottom w:w="110" w:type="dxa"/>
              <w:right w:w="65" w:type="dxa"/>
            </w:tcMar>
          </w:tcPr>
          <w:p w14:paraId="4BFC756D" w14:textId="77777777" w:rsidR="002642CD" w:rsidRDefault="00000000">
            <w:r>
              <w:rPr>
                <w:color w:val="6B7280"/>
                <w:sz w:val="16"/>
              </w:rPr>
              <w:t>[ ] Yes</w:t>
            </w:r>
          </w:p>
        </w:tc>
      </w:tr>
      <w:tr w:rsidR="002642CD" w14:paraId="7DB8D2B3" w14:textId="77777777">
        <w:trPr>
          <w:jc w:val="center"/>
        </w:trPr>
        <w:tc>
          <w:tcPr>
            <w:tcW w:w="792" w:type="dxa"/>
            <w:tcMar>
              <w:top w:w="110" w:type="dxa"/>
              <w:left w:w="65" w:type="dxa"/>
              <w:bottom w:w="110" w:type="dxa"/>
              <w:right w:w="65" w:type="dxa"/>
            </w:tcMar>
          </w:tcPr>
          <w:p w14:paraId="233028FF" w14:textId="77777777" w:rsidR="002642CD" w:rsidRDefault="00000000">
            <w:r>
              <w:rPr>
                <w:color w:val="1F2937"/>
                <w:sz w:val="16"/>
              </w:rPr>
              <w:t>5</w:t>
            </w:r>
          </w:p>
        </w:tc>
        <w:tc>
          <w:tcPr>
            <w:tcW w:w="2376" w:type="dxa"/>
            <w:tcMar>
              <w:top w:w="110" w:type="dxa"/>
              <w:left w:w="65" w:type="dxa"/>
              <w:bottom w:w="110" w:type="dxa"/>
              <w:right w:w="65" w:type="dxa"/>
            </w:tcMar>
          </w:tcPr>
          <w:p w14:paraId="09A17C9B" w14:textId="77777777" w:rsidR="002642CD" w:rsidRDefault="002642CD"/>
        </w:tc>
        <w:tc>
          <w:tcPr>
            <w:tcW w:w="1800" w:type="dxa"/>
            <w:tcMar>
              <w:top w:w="110" w:type="dxa"/>
              <w:left w:w="65" w:type="dxa"/>
              <w:bottom w:w="110" w:type="dxa"/>
              <w:right w:w="65" w:type="dxa"/>
            </w:tcMar>
          </w:tcPr>
          <w:p w14:paraId="1336021B" w14:textId="77777777" w:rsidR="002642CD" w:rsidRDefault="002642CD"/>
        </w:tc>
        <w:tc>
          <w:tcPr>
            <w:tcW w:w="2592" w:type="dxa"/>
            <w:tcMar>
              <w:top w:w="110" w:type="dxa"/>
              <w:left w:w="65" w:type="dxa"/>
              <w:bottom w:w="110" w:type="dxa"/>
              <w:right w:w="65" w:type="dxa"/>
            </w:tcMar>
          </w:tcPr>
          <w:p w14:paraId="19FB7757" w14:textId="77777777" w:rsidR="002642CD" w:rsidRDefault="002642CD"/>
        </w:tc>
        <w:tc>
          <w:tcPr>
            <w:tcW w:w="1800" w:type="dxa"/>
            <w:tcMar>
              <w:top w:w="110" w:type="dxa"/>
              <w:left w:w="65" w:type="dxa"/>
              <w:bottom w:w="110" w:type="dxa"/>
              <w:right w:w="65" w:type="dxa"/>
            </w:tcMar>
          </w:tcPr>
          <w:p w14:paraId="5F1DFA8D" w14:textId="77777777" w:rsidR="002642CD" w:rsidRDefault="002642CD"/>
        </w:tc>
        <w:tc>
          <w:tcPr>
            <w:tcW w:w="3240" w:type="dxa"/>
            <w:tcMar>
              <w:top w:w="110" w:type="dxa"/>
              <w:left w:w="65" w:type="dxa"/>
              <w:bottom w:w="110" w:type="dxa"/>
              <w:right w:w="65" w:type="dxa"/>
            </w:tcMar>
          </w:tcPr>
          <w:p w14:paraId="1C21EB09" w14:textId="77777777" w:rsidR="002642CD" w:rsidRDefault="002642CD"/>
        </w:tc>
        <w:tc>
          <w:tcPr>
            <w:tcW w:w="1800" w:type="dxa"/>
            <w:tcMar>
              <w:top w:w="110" w:type="dxa"/>
              <w:left w:w="65" w:type="dxa"/>
              <w:bottom w:w="110" w:type="dxa"/>
              <w:right w:w="65" w:type="dxa"/>
            </w:tcMar>
          </w:tcPr>
          <w:p w14:paraId="5C427CC1" w14:textId="77777777" w:rsidR="002642CD" w:rsidRDefault="00000000">
            <w:r>
              <w:rPr>
                <w:color w:val="6B7280"/>
                <w:sz w:val="16"/>
              </w:rPr>
              <w:t>[ ] Yes</w:t>
            </w:r>
          </w:p>
        </w:tc>
      </w:tr>
      <w:tr w:rsidR="002642CD" w14:paraId="6DE488CC" w14:textId="77777777">
        <w:trPr>
          <w:jc w:val="center"/>
        </w:trPr>
        <w:tc>
          <w:tcPr>
            <w:tcW w:w="792" w:type="dxa"/>
            <w:shd w:val="clear" w:color="auto" w:fill="F3F4F6"/>
            <w:tcMar>
              <w:top w:w="110" w:type="dxa"/>
              <w:left w:w="65" w:type="dxa"/>
              <w:bottom w:w="110" w:type="dxa"/>
              <w:right w:w="65" w:type="dxa"/>
            </w:tcMar>
          </w:tcPr>
          <w:p w14:paraId="36780E05" w14:textId="77777777" w:rsidR="002642CD" w:rsidRDefault="00000000">
            <w:r>
              <w:rPr>
                <w:color w:val="1F2937"/>
                <w:sz w:val="16"/>
              </w:rPr>
              <w:t>6</w:t>
            </w:r>
          </w:p>
        </w:tc>
        <w:tc>
          <w:tcPr>
            <w:tcW w:w="2376" w:type="dxa"/>
            <w:shd w:val="clear" w:color="auto" w:fill="F3F4F6"/>
            <w:tcMar>
              <w:top w:w="110" w:type="dxa"/>
              <w:left w:w="65" w:type="dxa"/>
              <w:bottom w:w="110" w:type="dxa"/>
              <w:right w:w="65" w:type="dxa"/>
            </w:tcMar>
          </w:tcPr>
          <w:p w14:paraId="36BEAC5C" w14:textId="77777777" w:rsidR="002642CD" w:rsidRDefault="002642CD"/>
        </w:tc>
        <w:tc>
          <w:tcPr>
            <w:tcW w:w="1800" w:type="dxa"/>
            <w:shd w:val="clear" w:color="auto" w:fill="F3F4F6"/>
            <w:tcMar>
              <w:top w:w="110" w:type="dxa"/>
              <w:left w:w="65" w:type="dxa"/>
              <w:bottom w:w="110" w:type="dxa"/>
              <w:right w:w="65" w:type="dxa"/>
            </w:tcMar>
          </w:tcPr>
          <w:p w14:paraId="4BE71765" w14:textId="77777777" w:rsidR="002642CD" w:rsidRDefault="002642CD"/>
        </w:tc>
        <w:tc>
          <w:tcPr>
            <w:tcW w:w="2592" w:type="dxa"/>
            <w:shd w:val="clear" w:color="auto" w:fill="F3F4F6"/>
            <w:tcMar>
              <w:top w:w="110" w:type="dxa"/>
              <w:left w:w="65" w:type="dxa"/>
              <w:bottom w:w="110" w:type="dxa"/>
              <w:right w:w="65" w:type="dxa"/>
            </w:tcMar>
          </w:tcPr>
          <w:p w14:paraId="7B794C96" w14:textId="77777777" w:rsidR="002642CD" w:rsidRDefault="002642CD"/>
        </w:tc>
        <w:tc>
          <w:tcPr>
            <w:tcW w:w="1800" w:type="dxa"/>
            <w:shd w:val="clear" w:color="auto" w:fill="F3F4F6"/>
            <w:tcMar>
              <w:top w:w="110" w:type="dxa"/>
              <w:left w:w="65" w:type="dxa"/>
              <w:bottom w:w="110" w:type="dxa"/>
              <w:right w:w="65" w:type="dxa"/>
            </w:tcMar>
          </w:tcPr>
          <w:p w14:paraId="777C20F5" w14:textId="77777777" w:rsidR="002642CD" w:rsidRDefault="002642CD"/>
        </w:tc>
        <w:tc>
          <w:tcPr>
            <w:tcW w:w="3240" w:type="dxa"/>
            <w:shd w:val="clear" w:color="auto" w:fill="F3F4F6"/>
            <w:tcMar>
              <w:top w:w="110" w:type="dxa"/>
              <w:left w:w="65" w:type="dxa"/>
              <w:bottom w:w="110" w:type="dxa"/>
              <w:right w:w="65" w:type="dxa"/>
            </w:tcMar>
          </w:tcPr>
          <w:p w14:paraId="70094A9E" w14:textId="77777777" w:rsidR="002642CD" w:rsidRDefault="002642CD"/>
        </w:tc>
        <w:tc>
          <w:tcPr>
            <w:tcW w:w="1800" w:type="dxa"/>
            <w:shd w:val="clear" w:color="auto" w:fill="F3F4F6"/>
            <w:tcMar>
              <w:top w:w="110" w:type="dxa"/>
              <w:left w:w="65" w:type="dxa"/>
              <w:bottom w:w="110" w:type="dxa"/>
              <w:right w:w="65" w:type="dxa"/>
            </w:tcMar>
          </w:tcPr>
          <w:p w14:paraId="2F8073BB" w14:textId="77777777" w:rsidR="002642CD" w:rsidRDefault="00000000">
            <w:r>
              <w:rPr>
                <w:color w:val="6B7280"/>
                <w:sz w:val="16"/>
              </w:rPr>
              <w:t>[ ] Yes</w:t>
            </w:r>
          </w:p>
        </w:tc>
      </w:tr>
      <w:tr w:rsidR="002642CD" w14:paraId="2A47A1F7" w14:textId="77777777">
        <w:trPr>
          <w:jc w:val="center"/>
        </w:trPr>
        <w:tc>
          <w:tcPr>
            <w:tcW w:w="792" w:type="dxa"/>
            <w:tcMar>
              <w:top w:w="110" w:type="dxa"/>
              <w:left w:w="65" w:type="dxa"/>
              <w:bottom w:w="110" w:type="dxa"/>
              <w:right w:w="65" w:type="dxa"/>
            </w:tcMar>
          </w:tcPr>
          <w:p w14:paraId="7360FF54" w14:textId="77777777" w:rsidR="002642CD" w:rsidRDefault="00000000">
            <w:r>
              <w:rPr>
                <w:color w:val="1F2937"/>
                <w:sz w:val="16"/>
              </w:rPr>
              <w:t>7</w:t>
            </w:r>
          </w:p>
        </w:tc>
        <w:tc>
          <w:tcPr>
            <w:tcW w:w="2376" w:type="dxa"/>
            <w:tcMar>
              <w:top w:w="110" w:type="dxa"/>
              <w:left w:w="65" w:type="dxa"/>
              <w:bottom w:w="110" w:type="dxa"/>
              <w:right w:w="65" w:type="dxa"/>
            </w:tcMar>
          </w:tcPr>
          <w:p w14:paraId="6B303811" w14:textId="77777777" w:rsidR="002642CD" w:rsidRDefault="002642CD"/>
        </w:tc>
        <w:tc>
          <w:tcPr>
            <w:tcW w:w="1800" w:type="dxa"/>
            <w:tcMar>
              <w:top w:w="110" w:type="dxa"/>
              <w:left w:w="65" w:type="dxa"/>
              <w:bottom w:w="110" w:type="dxa"/>
              <w:right w:w="65" w:type="dxa"/>
            </w:tcMar>
          </w:tcPr>
          <w:p w14:paraId="33E3DC70" w14:textId="77777777" w:rsidR="002642CD" w:rsidRDefault="002642CD"/>
        </w:tc>
        <w:tc>
          <w:tcPr>
            <w:tcW w:w="2592" w:type="dxa"/>
            <w:tcMar>
              <w:top w:w="110" w:type="dxa"/>
              <w:left w:w="65" w:type="dxa"/>
              <w:bottom w:w="110" w:type="dxa"/>
              <w:right w:w="65" w:type="dxa"/>
            </w:tcMar>
          </w:tcPr>
          <w:p w14:paraId="478C7CB2" w14:textId="77777777" w:rsidR="002642CD" w:rsidRDefault="002642CD"/>
        </w:tc>
        <w:tc>
          <w:tcPr>
            <w:tcW w:w="1800" w:type="dxa"/>
            <w:tcMar>
              <w:top w:w="110" w:type="dxa"/>
              <w:left w:w="65" w:type="dxa"/>
              <w:bottom w:w="110" w:type="dxa"/>
              <w:right w:w="65" w:type="dxa"/>
            </w:tcMar>
          </w:tcPr>
          <w:p w14:paraId="7398817E" w14:textId="77777777" w:rsidR="002642CD" w:rsidRDefault="002642CD"/>
        </w:tc>
        <w:tc>
          <w:tcPr>
            <w:tcW w:w="3240" w:type="dxa"/>
            <w:tcMar>
              <w:top w:w="110" w:type="dxa"/>
              <w:left w:w="65" w:type="dxa"/>
              <w:bottom w:w="110" w:type="dxa"/>
              <w:right w:w="65" w:type="dxa"/>
            </w:tcMar>
          </w:tcPr>
          <w:p w14:paraId="3CACADE5" w14:textId="77777777" w:rsidR="002642CD" w:rsidRDefault="002642CD"/>
        </w:tc>
        <w:tc>
          <w:tcPr>
            <w:tcW w:w="1800" w:type="dxa"/>
            <w:tcMar>
              <w:top w:w="110" w:type="dxa"/>
              <w:left w:w="65" w:type="dxa"/>
              <w:bottom w:w="110" w:type="dxa"/>
              <w:right w:w="65" w:type="dxa"/>
            </w:tcMar>
          </w:tcPr>
          <w:p w14:paraId="4797EC0E" w14:textId="77777777" w:rsidR="002642CD" w:rsidRDefault="00000000">
            <w:r>
              <w:rPr>
                <w:color w:val="6B7280"/>
                <w:sz w:val="16"/>
              </w:rPr>
              <w:t>[ ] Yes</w:t>
            </w:r>
          </w:p>
        </w:tc>
      </w:tr>
      <w:tr w:rsidR="002642CD" w14:paraId="0D557474" w14:textId="77777777">
        <w:trPr>
          <w:jc w:val="center"/>
        </w:trPr>
        <w:tc>
          <w:tcPr>
            <w:tcW w:w="792" w:type="dxa"/>
            <w:shd w:val="clear" w:color="auto" w:fill="F3F4F6"/>
            <w:tcMar>
              <w:top w:w="110" w:type="dxa"/>
              <w:left w:w="65" w:type="dxa"/>
              <w:bottom w:w="110" w:type="dxa"/>
              <w:right w:w="65" w:type="dxa"/>
            </w:tcMar>
          </w:tcPr>
          <w:p w14:paraId="191D4225" w14:textId="77777777" w:rsidR="002642CD" w:rsidRDefault="00000000">
            <w:r>
              <w:rPr>
                <w:color w:val="1F2937"/>
                <w:sz w:val="16"/>
              </w:rPr>
              <w:t>8</w:t>
            </w:r>
          </w:p>
        </w:tc>
        <w:tc>
          <w:tcPr>
            <w:tcW w:w="2376" w:type="dxa"/>
            <w:shd w:val="clear" w:color="auto" w:fill="F3F4F6"/>
            <w:tcMar>
              <w:top w:w="110" w:type="dxa"/>
              <w:left w:w="65" w:type="dxa"/>
              <w:bottom w:w="110" w:type="dxa"/>
              <w:right w:w="65" w:type="dxa"/>
            </w:tcMar>
          </w:tcPr>
          <w:p w14:paraId="127F4EE0" w14:textId="77777777" w:rsidR="002642CD" w:rsidRDefault="002642CD"/>
        </w:tc>
        <w:tc>
          <w:tcPr>
            <w:tcW w:w="1800" w:type="dxa"/>
            <w:shd w:val="clear" w:color="auto" w:fill="F3F4F6"/>
            <w:tcMar>
              <w:top w:w="110" w:type="dxa"/>
              <w:left w:w="65" w:type="dxa"/>
              <w:bottom w:w="110" w:type="dxa"/>
              <w:right w:w="65" w:type="dxa"/>
            </w:tcMar>
          </w:tcPr>
          <w:p w14:paraId="39019B27" w14:textId="77777777" w:rsidR="002642CD" w:rsidRDefault="002642CD"/>
        </w:tc>
        <w:tc>
          <w:tcPr>
            <w:tcW w:w="2592" w:type="dxa"/>
            <w:shd w:val="clear" w:color="auto" w:fill="F3F4F6"/>
            <w:tcMar>
              <w:top w:w="110" w:type="dxa"/>
              <w:left w:w="65" w:type="dxa"/>
              <w:bottom w:w="110" w:type="dxa"/>
              <w:right w:w="65" w:type="dxa"/>
            </w:tcMar>
          </w:tcPr>
          <w:p w14:paraId="0DA9EE5A" w14:textId="77777777" w:rsidR="002642CD" w:rsidRDefault="002642CD"/>
        </w:tc>
        <w:tc>
          <w:tcPr>
            <w:tcW w:w="1800" w:type="dxa"/>
            <w:shd w:val="clear" w:color="auto" w:fill="F3F4F6"/>
            <w:tcMar>
              <w:top w:w="110" w:type="dxa"/>
              <w:left w:w="65" w:type="dxa"/>
              <w:bottom w:w="110" w:type="dxa"/>
              <w:right w:w="65" w:type="dxa"/>
            </w:tcMar>
          </w:tcPr>
          <w:p w14:paraId="4B29BB9A" w14:textId="77777777" w:rsidR="002642CD" w:rsidRDefault="002642CD"/>
        </w:tc>
        <w:tc>
          <w:tcPr>
            <w:tcW w:w="3240" w:type="dxa"/>
            <w:shd w:val="clear" w:color="auto" w:fill="F3F4F6"/>
            <w:tcMar>
              <w:top w:w="110" w:type="dxa"/>
              <w:left w:w="65" w:type="dxa"/>
              <w:bottom w:w="110" w:type="dxa"/>
              <w:right w:w="65" w:type="dxa"/>
            </w:tcMar>
          </w:tcPr>
          <w:p w14:paraId="1B0ED2AC" w14:textId="77777777" w:rsidR="002642CD" w:rsidRDefault="002642CD"/>
        </w:tc>
        <w:tc>
          <w:tcPr>
            <w:tcW w:w="1800" w:type="dxa"/>
            <w:shd w:val="clear" w:color="auto" w:fill="F3F4F6"/>
            <w:tcMar>
              <w:top w:w="110" w:type="dxa"/>
              <w:left w:w="65" w:type="dxa"/>
              <w:bottom w:w="110" w:type="dxa"/>
              <w:right w:w="65" w:type="dxa"/>
            </w:tcMar>
          </w:tcPr>
          <w:p w14:paraId="22B4CE27" w14:textId="77777777" w:rsidR="002642CD" w:rsidRDefault="00000000">
            <w:r>
              <w:rPr>
                <w:color w:val="6B7280"/>
                <w:sz w:val="16"/>
              </w:rPr>
              <w:t>[ ] Yes</w:t>
            </w:r>
          </w:p>
        </w:tc>
      </w:tr>
      <w:tr w:rsidR="002642CD" w14:paraId="2B92B473" w14:textId="77777777">
        <w:trPr>
          <w:jc w:val="center"/>
        </w:trPr>
        <w:tc>
          <w:tcPr>
            <w:tcW w:w="792" w:type="dxa"/>
            <w:tcMar>
              <w:top w:w="110" w:type="dxa"/>
              <w:left w:w="65" w:type="dxa"/>
              <w:bottom w:w="110" w:type="dxa"/>
              <w:right w:w="65" w:type="dxa"/>
            </w:tcMar>
          </w:tcPr>
          <w:p w14:paraId="22614828" w14:textId="77777777" w:rsidR="002642CD" w:rsidRDefault="00000000">
            <w:r>
              <w:rPr>
                <w:color w:val="1F2937"/>
                <w:sz w:val="16"/>
              </w:rPr>
              <w:t>9</w:t>
            </w:r>
          </w:p>
        </w:tc>
        <w:tc>
          <w:tcPr>
            <w:tcW w:w="2376" w:type="dxa"/>
            <w:tcMar>
              <w:top w:w="110" w:type="dxa"/>
              <w:left w:w="65" w:type="dxa"/>
              <w:bottom w:w="110" w:type="dxa"/>
              <w:right w:w="65" w:type="dxa"/>
            </w:tcMar>
          </w:tcPr>
          <w:p w14:paraId="0919DAFC" w14:textId="77777777" w:rsidR="002642CD" w:rsidRDefault="002642CD"/>
        </w:tc>
        <w:tc>
          <w:tcPr>
            <w:tcW w:w="1800" w:type="dxa"/>
            <w:tcMar>
              <w:top w:w="110" w:type="dxa"/>
              <w:left w:w="65" w:type="dxa"/>
              <w:bottom w:w="110" w:type="dxa"/>
              <w:right w:w="65" w:type="dxa"/>
            </w:tcMar>
          </w:tcPr>
          <w:p w14:paraId="3FF2AEB8" w14:textId="77777777" w:rsidR="002642CD" w:rsidRDefault="002642CD"/>
        </w:tc>
        <w:tc>
          <w:tcPr>
            <w:tcW w:w="2592" w:type="dxa"/>
            <w:tcMar>
              <w:top w:w="110" w:type="dxa"/>
              <w:left w:w="65" w:type="dxa"/>
              <w:bottom w:w="110" w:type="dxa"/>
              <w:right w:w="65" w:type="dxa"/>
            </w:tcMar>
          </w:tcPr>
          <w:p w14:paraId="5C259305" w14:textId="77777777" w:rsidR="002642CD" w:rsidRDefault="002642CD"/>
        </w:tc>
        <w:tc>
          <w:tcPr>
            <w:tcW w:w="1800" w:type="dxa"/>
            <w:tcMar>
              <w:top w:w="110" w:type="dxa"/>
              <w:left w:w="65" w:type="dxa"/>
              <w:bottom w:w="110" w:type="dxa"/>
              <w:right w:w="65" w:type="dxa"/>
            </w:tcMar>
          </w:tcPr>
          <w:p w14:paraId="28862047" w14:textId="77777777" w:rsidR="002642CD" w:rsidRDefault="002642CD"/>
        </w:tc>
        <w:tc>
          <w:tcPr>
            <w:tcW w:w="3240" w:type="dxa"/>
            <w:tcMar>
              <w:top w:w="110" w:type="dxa"/>
              <w:left w:w="65" w:type="dxa"/>
              <w:bottom w:w="110" w:type="dxa"/>
              <w:right w:w="65" w:type="dxa"/>
            </w:tcMar>
          </w:tcPr>
          <w:p w14:paraId="3C910821" w14:textId="77777777" w:rsidR="002642CD" w:rsidRDefault="002642CD"/>
        </w:tc>
        <w:tc>
          <w:tcPr>
            <w:tcW w:w="1800" w:type="dxa"/>
            <w:tcMar>
              <w:top w:w="110" w:type="dxa"/>
              <w:left w:w="65" w:type="dxa"/>
              <w:bottom w:w="110" w:type="dxa"/>
              <w:right w:w="65" w:type="dxa"/>
            </w:tcMar>
          </w:tcPr>
          <w:p w14:paraId="22F1A6A4" w14:textId="77777777" w:rsidR="002642CD" w:rsidRDefault="00000000">
            <w:r>
              <w:rPr>
                <w:color w:val="6B7280"/>
                <w:sz w:val="16"/>
              </w:rPr>
              <w:t>[ ] Yes</w:t>
            </w:r>
          </w:p>
        </w:tc>
      </w:tr>
      <w:tr w:rsidR="002642CD" w14:paraId="552ED969" w14:textId="77777777">
        <w:trPr>
          <w:jc w:val="center"/>
        </w:trPr>
        <w:tc>
          <w:tcPr>
            <w:tcW w:w="792" w:type="dxa"/>
            <w:shd w:val="clear" w:color="auto" w:fill="F3F4F6"/>
            <w:tcMar>
              <w:top w:w="110" w:type="dxa"/>
              <w:left w:w="65" w:type="dxa"/>
              <w:bottom w:w="110" w:type="dxa"/>
              <w:right w:w="65" w:type="dxa"/>
            </w:tcMar>
          </w:tcPr>
          <w:p w14:paraId="36217592" w14:textId="77777777" w:rsidR="002642CD" w:rsidRDefault="00000000">
            <w:r>
              <w:rPr>
                <w:color w:val="1F2937"/>
                <w:sz w:val="16"/>
              </w:rPr>
              <w:t>10</w:t>
            </w:r>
          </w:p>
        </w:tc>
        <w:tc>
          <w:tcPr>
            <w:tcW w:w="2376" w:type="dxa"/>
            <w:shd w:val="clear" w:color="auto" w:fill="F3F4F6"/>
            <w:tcMar>
              <w:top w:w="110" w:type="dxa"/>
              <w:left w:w="65" w:type="dxa"/>
              <w:bottom w:w="110" w:type="dxa"/>
              <w:right w:w="65" w:type="dxa"/>
            </w:tcMar>
          </w:tcPr>
          <w:p w14:paraId="3CA83B0E" w14:textId="77777777" w:rsidR="002642CD" w:rsidRDefault="002642CD"/>
        </w:tc>
        <w:tc>
          <w:tcPr>
            <w:tcW w:w="1800" w:type="dxa"/>
            <w:shd w:val="clear" w:color="auto" w:fill="F3F4F6"/>
            <w:tcMar>
              <w:top w:w="110" w:type="dxa"/>
              <w:left w:w="65" w:type="dxa"/>
              <w:bottom w:w="110" w:type="dxa"/>
              <w:right w:w="65" w:type="dxa"/>
            </w:tcMar>
          </w:tcPr>
          <w:p w14:paraId="1CEE59D6" w14:textId="77777777" w:rsidR="002642CD" w:rsidRDefault="002642CD"/>
        </w:tc>
        <w:tc>
          <w:tcPr>
            <w:tcW w:w="2592" w:type="dxa"/>
            <w:shd w:val="clear" w:color="auto" w:fill="F3F4F6"/>
            <w:tcMar>
              <w:top w:w="110" w:type="dxa"/>
              <w:left w:w="65" w:type="dxa"/>
              <w:bottom w:w="110" w:type="dxa"/>
              <w:right w:w="65" w:type="dxa"/>
            </w:tcMar>
          </w:tcPr>
          <w:p w14:paraId="7EF920BC" w14:textId="77777777" w:rsidR="002642CD" w:rsidRDefault="002642CD"/>
        </w:tc>
        <w:tc>
          <w:tcPr>
            <w:tcW w:w="1800" w:type="dxa"/>
            <w:shd w:val="clear" w:color="auto" w:fill="F3F4F6"/>
            <w:tcMar>
              <w:top w:w="110" w:type="dxa"/>
              <w:left w:w="65" w:type="dxa"/>
              <w:bottom w:w="110" w:type="dxa"/>
              <w:right w:w="65" w:type="dxa"/>
            </w:tcMar>
          </w:tcPr>
          <w:p w14:paraId="3669BCC4" w14:textId="77777777" w:rsidR="002642CD" w:rsidRDefault="002642CD"/>
        </w:tc>
        <w:tc>
          <w:tcPr>
            <w:tcW w:w="3240" w:type="dxa"/>
            <w:shd w:val="clear" w:color="auto" w:fill="F3F4F6"/>
            <w:tcMar>
              <w:top w:w="110" w:type="dxa"/>
              <w:left w:w="65" w:type="dxa"/>
              <w:bottom w:w="110" w:type="dxa"/>
              <w:right w:w="65" w:type="dxa"/>
            </w:tcMar>
          </w:tcPr>
          <w:p w14:paraId="117B7769" w14:textId="77777777" w:rsidR="002642CD" w:rsidRDefault="002642CD"/>
        </w:tc>
        <w:tc>
          <w:tcPr>
            <w:tcW w:w="1800" w:type="dxa"/>
            <w:shd w:val="clear" w:color="auto" w:fill="F3F4F6"/>
            <w:tcMar>
              <w:top w:w="110" w:type="dxa"/>
              <w:left w:w="65" w:type="dxa"/>
              <w:bottom w:w="110" w:type="dxa"/>
              <w:right w:w="65" w:type="dxa"/>
            </w:tcMar>
          </w:tcPr>
          <w:p w14:paraId="48A0A034" w14:textId="77777777" w:rsidR="002642CD" w:rsidRDefault="00000000">
            <w:r>
              <w:rPr>
                <w:color w:val="6B7280"/>
                <w:sz w:val="16"/>
              </w:rPr>
              <w:t>[ ] Yes</w:t>
            </w:r>
          </w:p>
        </w:tc>
      </w:tr>
    </w:tbl>
    <w:p w14:paraId="015767EA" w14:textId="77777777" w:rsidR="002642CD" w:rsidRDefault="00000000">
      <w:pPr>
        <w:spacing w:before="100" w:after="40"/>
      </w:pPr>
      <w:r>
        <w:rPr>
          <w:b/>
          <w:sz w:val="18"/>
        </w:rPr>
        <w:t xml:space="preserve">Name-structure notes: </w:t>
      </w:r>
      <w:r>
        <w:rPr>
          <w:sz w:val="18"/>
        </w:rPr>
        <w:t>Identify particles, compound family names, suffixes, non-Western name order, or other instructions needed for correct indexing.</w:t>
      </w:r>
    </w:p>
    <w:p w14:paraId="113A3C86" w14:textId="77777777" w:rsidR="002642CD" w:rsidRDefault="00000000">
      <w:pPr>
        <w:spacing w:after="40"/>
      </w:pPr>
      <w:r>
        <w:rPr>
          <w:color w:val="9CA3AF"/>
          <w:sz w:val="18"/>
        </w:rPr>
        <w:t>__________________________________________________________________________________________________________</w:t>
      </w:r>
    </w:p>
    <w:p w14:paraId="0230A339" w14:textId="77777777" w:rsidR="002642CD" w:rsidRDefault="00000000">
      <w:pPr>
        <w:spacing w:after="40"/>
      </w:pPr>
      <w:r>
        <w:rPr>
          <w:color w:val="9CA3AF"/>
          <w:sz w:val="18"/>
        </w:rPr>
        <w:t>__________________________________________________________________________________________________________</w:t>
      </w:r>
    </w:p>
    <w:p w14:paraId="1EF265B6" w14:textId="77777777" w:rsidR="002642CD" w:rsidRDefault="002642CD">
      <w:pPr>
        <w:sectPr w:rsidR="002642CD">
          <w:pgSz w:w="15840" w:h="12240" w:orient="landscape"/>
          <w:pgMar w:top="792" w:right="792" w:bottom="792" w:left="792" w:header="720" w:footer="720" w:gutter="0"/>
          <w:cols w:space="720"/>
          <w:docGrid w:linePitch="360"/>
        </w:sectPr>
      </w:pPr>
    </w:p>
    <w:p w14:paraId="5434C874" w14:textId="77777777" w:rsidR="002642CD" w:rsidRDefault="00000000">
      <w:pPr>
        <w:keepNext/>
        <w:spacing w:before="200" w:after="80"/>
      </w:pPr>
      <w:r>
        <w:rPr>
          <w:b/>
          <w:color w:val="8B1E16"/>
          <w:sz w:val="27"/>
        </w:rPr>
        <w:lastRenderedPageBreak/>
        <w:t>C. Corresponding author</w:t>
      </w:r>
    </w:p>
    <w:tbl>
      <w:tblPr>
        <w:tblW w:w="0" w:type="auto"/>
        <w:jc w:val="center"/>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4A0" w:firstRow="1" w:lastRow="0" w:firstColumn="1" w:lastColumn="0" w:noHBand="0" w:noVBand="1"/>
      </w:tblPr>
      <w:tblGrid>
        <w:gridCol w:w="3384"/>
        <w:gridCol w:w="6408"/>
      </w:tblGrid>
      <w:tr w:rsidR="002642CD" w14:paraId="7C8095BD" w14:textId="77777777">
        <w:trPr>
          <w:jc w:val="center"/>
        </w:trPr>
        <w:tc>
          <w:tcPr>
            <w:tcW w:w="3384" w:type="dxa"/>
            <w:shd w:val="clear" w:color="auto" w:fill="EAF2F4"/>
            <w:tcMar>
              <w:top w:w="100" w:type="dxa"/>
              <w:left w:w="110" w:type="dxa"/>
              <w:bottom w:w="100" w:type="dxa"/>
              <w:right w:w="110" w:type="dxa"/>
            </w:tcMar>
          </w:tcPr>
          <w:p w14:paraId="07FAEE5C" w14:textId="77777777" w:rsidR="002642CD" w:rsidRDefault="00000000">
            <w:r>
              <w:rPr>
                <w:b/>
                <w:color w:val="1F2937"/>
                <w:sz w:val="18"/>
              </w:rPr>
              <w:t>Corresponding author name *</w:t>
            </w:r>
          </w:p>
        </w:tc>
        <w:tc>
          <w:tcPr>
            <w:tcW w:w="6408" w:type="dxa"/>
            <w:shd w:val="clear" w:color="auto" w:fill="FFFFFF"/>
            <w:tcMar>
              <w:top w:w="100" w:type="dxa"/>
              <w:left w:w="110" w:type="dxa"/>
              <w:bottom w:w="100" w:type="dxa"/>
              <w:right w:w="110" w:type="dxa"/>
            </w:tcMar>
          </w:tcPr>
          <w:p w14:paraId="409703FB" w14:textId="77777777" w:rsidR="002642CD" w:rsidRDefault="00000000">
            <w:r>
              <w:rPr>
                <w:color w:val="6B7280"/>
                <w:sz w:val="18"/>
              </w:rPr>
              <w:t>[Exactly one corresponding author]</w:t>
            </w:r>
          </w:p>
        </w:tc>
      </w:tr>
      <w:tr w:rsidR="002642CD" w14:paraId="5E4DD68C" w14:textId="77777777">
        <w:trPr>
          <w:jc w:val="center"/>
        </w:trPr>
        <w:tc>
          <w:tcPr>
            <w:tcW w:w="3384" w:type="dxa"/>
            <w:shd w:val="clear" w:color="auto" w:fill="EAF2F4"/>
            <w:tcMar>
              <w:top w:w="100" w:type="dxa"/>
              <w:left w:w="110" w:type="dxa"/>
              <w:bottom w:w="100" w:type="dxa"/>
              <w:right w:w="110" w:type="dxa"/>
            </w:tcMar>
          </w:tcPr>
          <w:p w14:paraId="6BFD6087" w14:textId="77777777" w:rsidR="002642CD" w:rsidRDefault="00000000">
            <w:r>
              <w:rPr>
                <w:b/>
                <w:color w:val="1F2937"/>
                <w:sz w:val="18"/>
              </w:rPr>
              <w:t>Corresponding author email *</w:t>
            </w:r>
          </w:p>
        </w:tc>
        <w:tc>
          <w:tcPr>
            <w:tcW w:w="6408" w:type="dxa"/>
            <w:shd w:val="clear" w:color="auto" w:fill="FFFFFF"/>
            <w:tcMar>
              <w:top w:w="100" w:type="dxa"/>
              <w:left w:w="110" w:type="dxa"/>
              <w:bottom w:w="100" w:type="dxa"/>
              <w:right w:w="110" w:type="dxa"/>
            </w:tcMar>
          </w:tcPr>
          <w:p w14:paraId="726D1865" w14:textId="77777777" w:rsidR="002642CD" w:rsidRDefault="00000000">
            <w:r>
              <w:rPr>
                <w:color w:val="6B7280"/>
                <w:sz w:val="18"/>
              </w:rPr>
              <w:t>[Must appear in the paper]</w:t>
            </w:r>
          </w:p>
        </w:tc>
      </w:tr>
      <w:tr w:rsidR="002642CD" w14:paraId="5670A834" w14:textId="77777777">
        <w:trPr>
          <w:jc w:val="center"/>
        </w:trPr>
        <w:tc>
          <w:tcPr>
            <w:tcW w:w="3384" w:type="dxa"/>
            <w:shd w:val="clear" w:color="auto" w:fill="EAF2F4"/>
            <w:tcMar>
              <w:top w:w="100" w:type="dxa"/>
              <w:left w:w="110" w:type="dxa"/>
              <w:bottom w:w="100" w:type="dxa"/>
              <w:right w:w="110" w:type="dxa"/>
            </w:tcMar>
          </w:tcPr>
          <w:p w14:paraId="6B2C9C70" w14:textId="77777777" w:rsidR="002642CD" w:rsidRDefault="00000000">
            <w:r>
              <w:rPr>
                <w:b/>
                <w:color w:val="1F2937"/>
                <w:sz w:val="18"/>
              </w:rPr>
              <w:t>OpenReview profile ID</w:t>
            </w:r>
          </w:p>
        </w:tc>
        <w:tc>
          <w:tcPr>
            <w:tcW w:w="6408" w:type="dxa"/>
            <w:shd w:val="clear" w:color="auto" w:fill="FFFFFF"/>
            <w:tcMar>
              <w:top w:w="100" w:type="dxa"/>
              <w:left w:w="110" w:type="dxa"/>
              <w:bottom w:w="100" w:type="dxa"/>
              <w:right w:w="110" w:type="dxa"/>
            </w:tcMar>
          </w:tcPr>
          <w:p w14:paraId="297A5DE3" w14:textId="77777777" w:rsidR="002642CD" w:rsidRDefault="00000000">
            <w:r>
              <w:rPr>
                <w:color w:val="6B7280"/>
                <w:sz w:val="18"/>
              </w:rPr>
              <w:t>[Example: ~First_Last1]</w:t>
            </w:r>
          </w:p>
        </w:tc>
      </w:tr>
      <w:tr w:rsidR="002642CD" w14:paraId="3DF3328F" w14:textId="77777777">
        <w:trPr>
          <w:trHeight w:val="936"/>
          <w:jc w:val="center"/>
        </w:trPr>
        <w:tc>
          <w:tcPr>
            <w:tcW w:w="3384" w:type="dxa"/>
            <w:shd w:val="clear" w:color="auto" w:fill="EAF2F4"/>
            <w:tcMar>
              <w:top w:w="100" w:type="dxa"/>
              <w:left w:w="110" w:type="dxa"/>
              <w:bottom w:w="100" w:type="dxa"/>
              <w:right w:w="110" w:type="dxa"/>
            </w:tcMar>
          </w:tcPr>
          <w:p w14:paraId="3AF1AB75" w14:textId="77777777" w:rsidR="002642CD" w:rsidRDefault="00000000">
            <w:r>
              <w:rPr>
                <w:b/>
                <w:color w:val="1F2937"/>
                <w:sz w:val="18"/>
              </w:rPr>
              <w:t>Licence-to-publish signatory *</w:t>
            </w:r>
          </w:p>
        </w:tc>
        <w:tc>
          <w:tcPr>
            <w:tcW w:w="6408" w:type="dxa"/>
            <w:shd w:val="clear" w:color="auto" w:fill="FFFFFF"/>
            <w:tcMar>
              <w:top w:w="100" w:type="dxa"/>
              <w:left w:w="110" w:type="dxa"/>
              <w:bottom w:w="100" w:type="dxa"/>
              <w:right w:w="110" w:type="dxa"/>
            </w:tcMar>
          </w:tcPr>
          <w:p w14:paraId="644B75CD" w14:textId="77777777" w:rsidR="002642CD" w:rsidRDefault="00000000">
            <w:r>
              <w:rPr>
                <w:color w:val="6B7280"/>
                <w:sz w:val="18"/>
              </w:rPr>
              <w:t>[ ] I confirm that I am authorized to sign the Springer licence-to-publish form on behalf of all authors.</w:t>
            </w:r>
          </w:p>
        </w:tc>
      </w:tr>
      <w:tr w:rsidR="002642CD" w14:paraId="7D41C0B6" w14:textId="77777777">
        <w:trPr>
          <w:trHeight w:val="936"/>
          <w:jc w:val="center"/>
        </w:trPr>
        <w:tc>
          <w:tcPr>
            <w:tcW w:w="3384" w:type="dxa"/>
            <w:shd w:val="clear" w:color="auto" w:fill="EAF2F4"/>
            <w:tcMar>
              <w:top w:w="100" w:type="dxa"/>
              <w:left w:w="110" w:type="dxa"/>
              <w:bottom w:w="100" w:type="dxa"/>
              <w:right w:w="110" w:type="dxa"/>
            </w:tcMar>
          </w:tcPr>
          <w:p w14:paraId="35E75FCE" w14:textId="77777777" w:rsidR="002642CD" w:rsidRDefault="00000000">
            <w:r>
              <w:rPr>
                <w:b/>
                <w:color w:val="1F2937"/>
                <w:sz w:val="18"/>
              </w:rPr>
              <w:t>Proof review availability *</w:t>
            </w:r>
          </w:p>
        </w:tc>
        <w:tc>
          <w:tcPr>
            <w:tcW w:w="6408" w:type="dxa"/>
            <w:shd w:val="clear" w:color="auto" w:fill="FFFFFF"/>
            <w:tcMar>
              <w:top w:w="100" w:type="dxa"/>
              <w:left w:w="110" w:type="dxa"/>
              <w:bottom w:w="100" w:type="dxa"/>
              <w:right w:w="110" w:type="dxa"/>
            </w:tcMar>
          </w:tcPr>
          <w:p w14:paraId="08534319" w14:textId="77777777" w:rsidR="002642CD" w:rsidRDefault="00000000">
            <w:r>
              <w:rPr>
                <w:color w:val="6B7280"/>
                <w:sz w:val="18"/>
              </w:rPr>
              <w:t>[ ] I will monitor email and review Springer proofs within the requested turnaround time.</w:t>
            </w:r>
          </w:p>
        </w:tc>
      </w:tr>
    </w:tbl>
    <w:p w14:paraId="5E8B13E1" w14:textId="77777777" w:rsidR="002642CD" w:rsidRDefault="00000000">
      <w:pPr>
        <w:keepNext/>
        <w:spacing w:before="200" w:after="80"/>
      </w:pPr>
      <w:r>
        <w:rPr>
          <w:b/>
          <w:color w:val="8B1E16"/>
          <w:sz w:val="27"/>
        </w:rPr>
        <w:t>D. AMPLIFAI challenge and external-resource disclosure</w:t>
      </w:r>
    </w:p>
    <w:tbl>
      <w:tblPr>
        <w:tblW w:w="0" w:type="auto"/>
        <w:jc w:val="center"/>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4A0" w:firstRow="1" w:lastRow="0" w:firstColumn="1" w:lastColumn="0" w:noHBand="0" w:noVBand="1"/>
      </w:tblPr>
      <w:tblGrid>
        <w:gridCol w:w="3384"/>
        <w:gridCol w:w="6408"/>
      </w:tblGrid>
      <w:tr w:rsidR="002642CD" w14:paraId="2E5F1FE7" w14:textId="77777777">
        <w:trPr>
          <w:jc w:val="center"/>
        </w:trPr>
        <w:tc>
          <w:tcPr>
            <w:tcW w:w="3384" w:type="dxa"/>
            <w:shd w:val="clear" w:color="auto" w:fill="EAF2F4"/>
            <w:tcMar>
              <w:top w:w="100" w:type="dxa"/>
              <w:left w:w="110" w:type="dxa"/>
              <w:bottom w:w="100" w:type="dxa"/>
              <w:right w:w="110" w:type="dxa"/>
            </w:tcMar>
          </w:tcPr>
          <w:p w14:paraId="1886920E" w14:textId="77777777" w:rsidR="002642CD" w:rsidRDefault="00000000">
            <w:r>
              <w:rPr>
                <w:b/>
                <w:color w:val="1F2937"/>
                <w:sz w:val="18"/>
              </w:rPr>
              <w:t>Official AMPLIFAI team name *</w:t>
            </w:r>
          </w:p>
        </w:tc>
        <w:tc>
          <w:tcPr>
            <w:tcW w:w="6408" w:type="dxa"/>
            <w:shd w:val="clear" w:color="auto" w:fill="FFFFFF"/>
            <w:tcMar>
              <w:top w:w="100" w:type="dxa"/>
              <w:left w:w="110" w:type="dxa"/>
              <w:bottom w:w="100" w:type="dxa"/>
              <w:right w:w="110" w:type="dxa"/>
            </w:tcMar>
          </w:tcPr>
          <w:p w14:paraId="7D9DEB77" w14:textId="77777777" w:rsidR="002642CD" w:rsidRDefault="002642CD"/>
        </w:tc>
      </w:tr>
      <w:tr w:rsidR="002642CD" w14:paraId="71158C19" w14:textId="77777777">
        <w:trPr>
          <w:jc w:val="center"/>
        </w:trPr>
        <w:tc>
          <w:tcPr>
            <w:tcW w:w="3384" w:type="dxa"/>
            <w:shd w:val="clear" w:color="auto" w:fill="EAF2F4"/>
            <w:tcMar>
              <w:top w:w="100" w:type="dxa"/>
              <w:left w:w="110" w:type="dxa"/>
              <w:bottom w:w="100" w:type="dxa"/>
              <w:right w:w="110" w:type="dxa"/>
            </w:tcMar>
          </w:tcPr>
          <w:p w14:paraId="1257BB82" w14:textId="77777777" w:rsidR="002642CD" w:rsidRDefault="00000000">
            <w:r>
              <w:rPr>
                <w:b/>
                <w:color w:val="1F2937"/>
                <w:sz w:val="18"/>
              </w:rPr>
              <w:t>Associated challenge submission ID *</w:t>
            </w:r>
          </w:p>
        </w:tc>
        <w:tc>
          <w:tcPr>
            <w:tcW w:w="6408" w:type="dxa"/>
            <w:shd w:val="clear" w:color="auto" w:fill="FFFFFF"/>
            <w:tcMar>
              <w:top w:w="100" w:type="dxa"/>
              <w:left w:w="110" w:type="dxa"/>
              <w:bottom w:w="100" w:type="dxa"/>
              <w:right w:w="110" w:type="dxa"/>
            </w:tcMar>
          </w:tcPr>
          <w:p w14:paraId="4AC134DB" w14:textId="77777777" w:rsidR="002642CD" w:rsidRDefault="002642CD"/>
        </w:tc>
      </w:tr>
      <w:tr w:rsidR="002642CD" w14:paraId="4B94EFAC" w14:textId="77777777">
        <w:trPr>
          <w:jc w:val="center"/>
        </w:trPr>
        <w:tc>
          <w:tcPr>
            <w:tcW w:w="3384" w:type="dxa"/>
            <w:shd w:val="clear" w:color="auto" w:fill="EAF2F4"/>
            <w:tcMar>
              <w:top w:w="100" w:type="dxa"/>
              <w:left w:w="110" w:type="dxa"/>
              <w:bottom w:w="100" w:type="dxa"/>
              <w:right w:w="110" w:type="dxa"/>
            </w:tcMar>
          </w:tcPr>
          <w:p w14:paraId="62AC936A" w14:textId="77777777" w:rsidR="002642CD" w:rsidRDefault="00000000">
            <w:r>
              <w:rPr>
                <w:b/>
                <w:color w:val="1F2937"/>
                <w:sz w:val="18"/>
              </w:rPr>
              <w:t>Associated submission date *</w:t>
            </w:r>
          </w:p>
        </w:tc>
        <w:tc>
          <w:tcPr>
            <w:tcW w:w="6408" w:type="dxa"/>
            <w:shd w:val="clear" w:color="auto" w:fill="FFFFFF"/>
            <w:tcMar>
              <w:top w:w="100" w:type="dxa"/>
              <w:left w:w="110" w:type="dxa"/>
              <w:bottom w:w="100" w:type="dxa"/>
              <w:right w:w="110" w:type="dxa"/>
            </w:tcMar>
          </w:tcPr>
          <w:p w14:paraId="11A03EC6" w14:textId="77777777" w:rsidR="002642CD" w:rsidRDefault="00000000">
            <w:r>
              <w:rPr>
                <w:color w:val="6B7280"/>
                <w:sz w:val="18"/>
              </w:rPr>
              <w:t>[YYYY-MM-DD]</w:t>
            </w:r>
          </w:p>
        </w:tc>
      </w:tr>
      <w:tr w:rsidR="002642CD" w14:paraId="5BDDE269" w14:textId="77777777">
        <w:trPr>
          <w:trHeight w:val="1296"/>
          <w:jc w:val="center"/>
        </w:trPr>
        <w:tc>
          <w:tcPr>
            <w:tcW w:w="3384" w:type="dxa"/>
            <w:shd w:val="clear" w:color="auto" w:fill="EAF2F4"/>
            <w:tcMar>
              <w:top w:w="100" w:type="dxa"/>
              <w:left w:w="110" w:type="dxa"/>
              <w:bottom w:w="100" w:type="dxa"/>
              <w:right w:w="110" w:type="dxa"/>
            </w:tcMar>
          </w:tcPr>
          <w:p w14:paraId="2BBB66BD" w14:textId="77777777" w:rsidR="002642CD" w:rsidRDefault="00000000">
            <w:r>
              <w:rPr>
                <w:b/>
                <w:color w:val="1F2937"/>
                <w:sz w:val="18"/>
              </w:rPr>
              <w:t>External datasets used *</w:t>
            </w:r>
          </w:p>
        </w:tc>
        <w:tc>
          <w:tcPr>
            <w:tcW w:w="6408" w:type="dxa"/>
            <w:shd w:val="clear" w:color="auto" w:fill="FFFFFF"/>
            <w:tcMar>
              <w:top w:w="100" w:type="dxa"/>
              <w:left w:w="110" w:type="dxa"/>
              <w:bottom w:w="100" w:type="dxa"/>
              <w:right w:w="110" w:type="dxa"/>
            </w:tcMar>
          </w:tcPr>
          <w:p w14:paraId="4F611E8D" w14:textId="77777777" w:rsidR="002642CD" w:rsidRDefault="00000000">
            <w:r>
              <w:rPr>
                <w:color w:val="6B7280"/>
                <w:sz w:val="18"/>
              </w:rPr>
              <w:t>[List each dataset and source; enter “None” if none]</w:t>
            </w:r>
          </w:p>
        </w:tc>
      </w:tr>
      <w:tr w:rsidR="002642CD" w14:paraId="74E4C48F" w14:textId="77777777">
        <w:trPr>
          <w:trHeight w:val="1296"/>
          <w:jc w:val="center"/>
        </w:trPr>
        <w:tc>
          <w:tcPr>
            <w:tcW w:w="3384" w:type="dxa"/>
            <w:shd w:val="clear" w:color="auto" w:fill="EAF2F4"/>
            <w:tcMar>
              <w:top w:w="100" w:type="dxa"/>
              <w:left w:w="110" w:type="dxa"/>
              <w:bottom w:w="100" w:type="dxa"/>
              <w:right w:w="110" w:type="dxa"/>
            </w:tcMar>
          </w:tcPr>
          <w:p w14:paraId="6A43B227" w14:textId="77777777" w:rsidR="002642CD" w:rsidRDefault="00000000">
            <w:r>
              <w:rPr>
                <w:b/>
                <w:color w:val="1F2937"/>
                <w:sz w:val="18"/>
              </w:rPr>
              <w:t>Pretrained/foundation models used *</w:t>
            </w:r>
          </w:p>
        </w:tc>
        <w:tc>
          <w:tcPr>
            <w:tcW w:w="6408" w:type="dxa"/>
            <w:shd w:val="clear" w:color="auto" w:fill="FFFFFF"/>
            <w:tcMar>
              <w:top w:w="100" w:type="dxa"/>
              <w:left w:w="110" w:type="dxa"/>
              <w:bottom w:w="100" w:type="dxa"/>
              <w:right w:w="110" w:type="dxa"/>
            </w:tcMar>
          </w:tcPr>
          <w:p w14:paraId="42168478" w14:textId="77777777" w:rsidR="002642CD" w:rsidRDefault="00000000">
            <w:r>
              <w:rPr>
                <w:color w:val="6B7280"/>
                <w:sz w:val="18"/>
              </w:rPr>
              <w:t>[List each model/checkpoint; enter “None” if none]</w:t>
            </w:r>
          </w:p>
        </w:tc>
      </w:tr>
      <w:tr w:rsidR="002642CD" w14:paraId="40236576" w14:textId="77777777">
        <w:trPr>
          <w:trHeight w:val="1296"/>
          <w:jc w:val="center"/>
        </w:trPr>
        <w:tc>
          <w:tcPr>
            <w:tcW w:w="3384" w:type="dxa"/>
            <w:shd w:val="clear" w:color="auto" w:fill="EAF2F4"/>
            <w:tcMar>
              <w:top w:w="100" w:type="dxa"/>
              <w:left w:w="110" w:type="dxa"/>
              <w:bottom w:w="100" w:type="dxa"/>
              <w:right w:w="110" w:type="dxa"/>
            </w:tcMar>
          </w:tcPr>
          <w:p w14:paraId="0755A168" w14:textId="77777777" w:rsidR="002642CD" w:rsidRDefault="00000000">
            <w:r>
              <w:rPr>
                <w:b/>
                <w:color w:val="1F2937"/>
                <w:sz w:val="18"/>
              </w:rPr>
              <w:t>Synthetic data, pseudo-labels, or external annotations *</w:t>
            </w:r>
          </w:p>
        </w:tc>
        <w:tc>
          <w:tcPr>
            <w:tcW w:w="6408" w:type="dxa"/>
            <w:shd w:val="clear" w:color="auto" w:fill="FFFFFF"/>
            <w:tcMar>
              <w:top w:w="100" w:type="dxa"/>
              <w:left w:w="110" w:type="dxa"/>
              <w:bottom w:w="100" w:type="dxa"/>
              <w:right w:w="110" w:type="dxa"/>
            </w:tcMar>
          </w:tcPr>
          <w:p w14:paraId="7B1DC534" w14:textId="77777777" w:rsidR="002642CD" w:rsidRDefault="00000000">
            <w:r>
              <w:rPr>
                <w:color w:val="6B7280"/>
                <w:sz w:val="18"/>
              </w:rPr>
              <w:t>[Describe; enter “None” if none]</w:t>
            </w:r>
          </w:p>
        </w:tc>
      </w:tr>
      <w:tr w:rsidR="002642CD" w14:paraId="5ADBF16A" w14:textId="77777777">
        <w:trPr>
          <w:trHeight w:val="936"/>
          <w:jc w:val="center"/>
        </w:trPr>
        <w:tc>
          <w:tcPr>
            <w:tcW w:w="3384" w:type="dxa"/>
            <w:shd w:val="clear" w:color="auto" w:fill="EAF2F4"/>
            <w:tcMar>
              <w:top w:w="100" w:type="dxa"/>
              <w:left w:w="110" w:type="dxa"/>
              <w:bottom w:w="100" w:type="dxa"/>
              <w:right w:w="110" w:type="dxa"/>
            </w:tcMar>
          </w:tcPr>
          <w:p w14:paraId="28F8263A" w14:textId="77777777" w:rsidR="002642CD" w:rsidRDefault="00000000">
            <w:r>
              <w:rPr>
                <w:b/>
                <w:color w:val="1F2937"/>
                <w:sz w:val="18"/>
              </w:rPr>
              <w:t>Disclosure consistency *</w:t>
            </w:r>
          </w:p>
        </w:tc>
        <w:tc>
          <w:tcPr>
            <w:tcW w:w="6408" w:type="dxa"/>
            <w:shd w:val="clear" w:color="auto" w:fill="FFFFFF"/>
            <w:tcMar>
              <w:top w:w="100" w:type="dxa"/>
              <w:left w:w="110" w:type="dxa"/>
              <w:bottom w:w="100" w:type="dxa"/>
              <w:right w:w="110" w:type="dxa"/>
            </w:tcMar>
          </w:tcPr>
          <w:p w14:paraId="52DF480D" w14:textId="77777777" w:rsidR="002642CD" w:rsidRDefault="00000000">
            <w:r>
              <w:rPr>
                <w:color w:val="6B7280"/>
                <w:sz w:val="18"/>
              </w:rPr>
              <w:t>[ ] The disclosures in the paper match the resources declared through the AMPLIFAI challenge platform.</w:t>
            </w:r>
          </w:p>
        </w:tc>
      </w:tr>
    </w:tbl>
    <w:p w14:paraId="42C94F6B" w14:textId="77777777" w:rsidR="002642CD" w:rsidRDefault="00000000">
      <w:pPr>
        <w:keepNext/>
        <w:spacing w:before="200" w:after="80"/>
      </w:pPr>
      <w:r>
        <w:rPr>
          <w:b/>
          <w:color w:val="8B1E16"/>
          <w:sz w:val="27"/>
        </w:rPr>
        <w:t>E. Camera-ready file package</w:t>
      </w:r>
    </w:p>
    <w:p w14:paraId="3FF88287" w14:textId="77777777" w:rsidR="002642CD" w:rsidRDefault="00000000">
      <w:r>
        <w:t>Check each item included in the delivered package. The final PDF must correspond exactly to the final source files.</w:t>
      </w:r>
    </w:p>
    <w:tbl>
      <w:tblPr>
        <w:tblW w:w="0" w:type="auto"/>
        <w:jc w:val="center"/>
        <w:tblLayout w:type="fixed"/>
        <w:tblLook w:val="04A0" w:firstRow="1" w:lastRow="0" w:firstColumn="1" w:lastColumn="0" w:noHBand="0" w:noVBand="1"/>
      </w:tblPr>
      <w:tblGrid>
        <w:gridCol w:w="3389"/>
        <w:gridCol w:w="4896"/>
        <w:gridCol w:w="3816"/>
      </w:tblGrid>
      <w:tr w:rsidR="002642CD" w14:paraId="5F6B63D2" w14:textId="77777777">
        <w:trPr>
          <w:tblHeader/>
          <w:jc w:val="center"/>
        </w:trPr>
        <w:tc>
          <w:tcPr>
            <w:tcW w:w="3389" w:type="dxa"/>
            <w:shd w:val="clear" w:color="auto" w:fill="2B6777"/>
          </w:tcPr>
          <w:p w14:paraId="3BB459E6" w14:textId="77777777" w:rsidR="002642CD" w:rsidRDefault="00000000">
            <w:r>
              <w:rPr>
                <w:b/>
                <w:color w:val="FFFFFF"/>
                <w:sz w:val="18"/>
              </w:rPr>
              <w:lastRenderedPageBreak/>
              <w:t>Check</w:t>
            </w:r>
          </w:p>
        </w:tc>
        <w:tc>
          <w:tcPr>
            <w:tcW w:w="3389" w:type="dxa"/>
            <w:shd w:val="clear" w:color="auto" w:fill="2B6777"/>
          </w:tcPr>
          <w:p w14:paraId="10E992C4" w14:textId="77777777" w:rsidR="002642CD" w:rsidRDefault="00000000">
            <w:r>
              <w:rPr>
                <w:b/>
                <w:color w:val="FFFFFF"/>
                <w:sz w:val="18"/>
              </w:rPr>
              <w:t>Required file or material</w:t>
            </w:r>
          </w:p>
        </w:tc>
        <w:tc>
          <w:tcPr>
            <w:tcW w:w="3389" w:type="dxa"/>
            <w:shd w:val="clear" w:color="auto" w:fill="2B6777"/>
          </w:tcPr>
          <w:p w14:paraId="6BB0243F" w14:textId="77777777" w:rsidR="002642CD" w:rsidRDefault="00000000">
            <w:r>
              <w:rPr>
                <w:b/>
                <w:color w:val="FFFFFF"/>
                <w:sz w:val="18"/>
              </w:rPr>
              <w:t>Filename / notes</w:t>
            </w:r>
          </w:p>
        </w:tc>
      </w:tr>
      <w:tr w:rsidR="002642CD" w14:paraId="245EFFD9" w14:textId="77777777">
        <w:trPr>
          <w:jc w:val="center"/>
        </w:trPr>
        <w:tc>
          <w:tcPr>
            <w:tcW w:w="1080" w:type="dxa"/>
            <w:tcMar>
              <w:top w:w="100" w:type="dxa"/>
              <w:left w:w="90" w:type="dxa"/>
              <w:bottom w:w="100" w:type="dxa"/>
              <w:right w:w="90" w:type="dxa"/>
            </w:tcMar>
          </w:tcPr>
          <w:p w14:paraId="35E14E86" w14:textId="77777777" w:rsidR="002642CD" w:rsidRDefault="00000000">
            <w:r>
              <w:rPr>
                <w:sz w:val="17"/>
              </w:rPr>
              <w:t>[ ]</w:t>
            </w:r>
          </w:p>
        </w:tc>
        <w:tc>
          <w:tcPr>
            <w:tcW w:w="4896" w:type="dxa"/>
            <w:tcMar>
              <w:top w:w="100" w:type="dxa"/>
              <w:left w:w="90" w:type="dxa"/>
              <w:bottom w:w="100" w:type="dxa"/>
              <w:right w:w="90" w:type="dxa"/>
            </w:tcMar>
          </w:tcPr>
          <w:p w14:paraId="1F8E3F5A" w14:textId="77777777" w:rsidR="002642CD" w:rsidRDefault="00000000">
            <w:r>
              <w:rPr>
                <w:sz w:val="17"/>
              </w:rPr>
              <w:t>Final camera-ready PDF</w:t>
            </w:r>
          </w:p>
        </w:tc>
        <w:tc>
          <w:tcPr>
            <w:tcW w:w="3816" w:type="dxa"/>
            <w:tcMar>
              <w:top w:w="100" w:type="dxa"/>
              <w:left w:w="90" w:type="dxa"/>
              <w:bottom w:w="100" w:type="dxa"/>
              <w:right w:w="90" w:type="dxa"/>
            </w:tcMar>
          </w:tcPr>
          <w:p w14:paraId="2F211CEA" w14:textId="77777777" w:rsidR="002642CD" w:rsidRDefault="002642CD"/>
        </w:tc>
      </w:tr>
      <w:tr w:rsidR="002642CD" w14:paraId="40E4FE94" w14:textId="77777777">
        <w:trPr>
          <w:jc w:val="center"/>
        </w:trPr>
        <w:tc>
          <w:tcPr>
            <w:tcW w:w="1080" w:type="dxa"/>
            <w:shd w:val="clear" w:color="auto" w:fill="F3F4F6"/>
            <w:tcMar>
              <w:top w:w="100" w:type="dxa"/>
              <w:left w:w="90" w:type="dxa"/>
              <w:bottom w:w="100" w:type="dxa"/>
              <w:right w:w="90" w:type="dxa"/>
            </w:tcMar>
          </w:tcPr>
          <w:p w14:paraId="6B89DC34" w14:textId="77777777" w:rsidR="002642CD" w:rsidRDefault="00000000">
            <w:r>
              <w:rPr>
                <w:sz w:val="17"/>
              </w:rPr>
              <w:t>[ ]</w:t>
            </w:r>
          </w:p>
        </w:tc>
        <w:tc>
          <w:tcPr>
            <w:tcW w:w="4896" w:type="dxa"/>
            <w:shd w:val="clear" w:color="auto" w:fill="F3F4F6"/>
            <w:tcMar>
              <w:top w:w="100" w:type="dxa"/>
              <w:left w:w="90" w:type="dxa"/>
              <w:bottom w:w="100" w:type="dxa"/>
              <w:right w:w="90" w:type="dxa"/>
            </w:tcMar>
          </w:tcPr>
          <w:p w14:paraId="22D1B5D2" w14:textId="77777777" w:rsidR="002642CD" w:rsidRDefault="00000000">
            <w:r>
              <w:rPr>
                <w:sz w:val="17"/>
              </w:rPr>
              <w:t>LaTeX source package or Microsoft Word .docx source (no macros)</w:t>
            </w:r>
          </w:p>
        </w:tc>
        <w:tc>
          <w:tcPr>
            <w:tcW w:w="3816" w:type="dxa"/>
            <w:shd w:val="clear" w:color="auto" w:fill="F3F4F6"/>
            <w:tcMar>
              <w:top w:w="100" w:type="dxa"/>
              <w:left w:w="90" w:type="dxa"/>
              <w:bottom w:w="100" w:type="dxa"/>
              <w:right w:w="90" w:type="dxa"/>
            </w:tcMar>
          </w:tcPr>
          <w:p w14:paraId="62390796" w14:textId="77777777" w:rsidR="002642CD" w:rsidRDefault="002642CD"/>
        </w:tc>
      </w:tr>
      <w:tr w:rsidR="002642CD" w14:paraId="0A28A6F8" w14:textId="77777777">
        <w:trPr>
          <w:jc w:val="center"/>
        </w:trPr>
        <w:tc>
          <w:tcPr>
            <w:tcW w:w="1080" w:type="dxa"/>
            <w:tcMar>
              <w:top w:w="100" w:type="dxa"/>
              <w:left w:w="90" w:type="dxa"/>
              <w:bottom w:w="100" w:type="dxa"/>
              <w:right w:w="90" w:type="dxa"/>
            </w:tcMar>
          </w:tcPr>
          <w:p w14:paraId="2C073BA0" w14:textId="77777777" w:rsidR="002642CD" w:rsidRDefault="00000000">
            <w:r>
              <w:rPr>
                <w:sz w:val="17"/>
              </w:rPr>
              <w:t>[ ]</w:t>
            </w:r>
          </w:p>
        </w:tc>
        <w:tc>
          <w:tcPr>
            <w:tcW w:w="4896" w:type="dxa"/>
            <w:tcMar>
              <w:top w:w="100" w:type="dxa"/>
              <w:left w:w="90" w:type="dxa"/>
              <w:bottom w:w="100" w:type="dxa"/>
              <w:right w:w="90" w:type="dxa"/>
            </w:tcMar>
          </w:tcPr>
          <w:p w14:paraId="2C872405" w14:textId="77777777" w:rsidR="002642CD" w:rsidRDefault="00000000">
            <w:r>
              <w:rPr>
                <w:sz w:val="17"/>
              </w:rPr>
              <w:t>Bibliography files (.bib/.bbl) or complete embedded references</w:t>
            </w:r>
          </w:p>
        </w:tc>
        <w:tc>
          <w:tcPr>
            <w:tcW w:w="3816" w:type="dxa"/>
            <w:tcMar>
              <w:top w:w="100" w:type="dxa"/>
              <w:left w:w="90" w:type="dxa"/>
              <w:bottom w:w="100" w:type="dxa"/>
              <w:right w:w="90" w:type="dxa"/>
            </w:tcMar>
          </w:tcPr>
          <w:p w14:paraId="577DA4D0" w14:textId="77777777" w:rsidR="002642CD" w:rsidRDefault="002642CD"/>
        </w:tc>
      </w:tr>
      <w:tr w:rsidR="002642CD" w14:paraId="794A4293" w14:textId="77777777">
        <w:trPr>
          <w:jc w:val="center"/>
        </w:trPr>
        <w:tc>
          <w:tcPr>
            <w:tcW w:w="1080" w:type="dxa"/>
            <w:shd w:val="clear" w:color="auto" w:fill="F3F4F6"/>
            <w:tcMar>
              <w:top w:w="100" w:type="dxa"/>
              <w:left w:w="90" w:type="dxa"/>
              <w:bottom w:w="100" w:type="dxa"/>
              <w:right w:w="90" w:type="dxa"/>
            </w:tcMar>
          </w:tcPr>
          <w:p w14:paraId="549A1EAE" w14:textId="77777777" w:rsidR="002642CD" w:rsidRDefault="00000000">
            <w:r>
              <w:rPr>
                <w:sz w:val="17"/>
              </w:rPr>
              <w:t>[ ]</w:t>
            </w:r>
          </w:p>
        </w:tc>
        <w:tc>
          <w:tcPr>
            <w:tcW w:w="4896" w:type="dxa"/>
            <w:shd w:val="clear" w:color="auto" w:fill="F3F4F6"/>
            <w:tcMar>
              <w:top w:w="100" w:type="dxa"/>
              <w:left w:w="90" w:type="dxa"/>
              <w:bottom w:w="100" w:type="dxa"/>
              <w:right w:w="90" w:type="dxa"/>
            </w:tcMar>
          </w:tcPr>
          <w:p w14:paraId="3797E7F5" w14:textId="77777777" w:rsidR="002642CD" w:rsidRDefault="00000000">
            <w:r>
              <w:rPr>
                <w:sz w:val="17"/>
              </w:rPr>
              <w:t>All figure files and vector source files, where applicable</w:t>
            </w:r>
          </w:p>
        </w:tc>
        <w:tc>
          <w:tcPr>
            <w:tcW w:w="3816" w:type="dxa"/>
            <w:shd w:val="clear" w:color="auto" w:fill="F3F4F6"/>
            <w:tcMar>
              <w:top w:w="100" w:type="dxa"/>
              <w:left w:w="90" w:type="dxa"/>
              <w:bottom w:w="100" w:type="dxa"/>
              <w:right w:w="90" w:type="dxa"/>
            </w:tcMar>
          </w:tcPr>
          <w:p w14:paraId="59AA6750" w14:textId="77777777" w:rsidR="002642CD" w:rsidRDefault="002642CD"/>
        </w:tc>
      </w:tr>
      <w:tr w:rsidR="002642CD" w14:paraId="08C60981" w14:textId="77777777">
        <w:trPr>
          <w:jc w:val="center"/>
        </w:trPr>
        <w:tc>
          <w:tcPr>
            <w:tcW w:w="1080" w:type="dxa"/>
            <w:tcMar>
              <w:top w:w="100" w:type="dxa"/>
              <w:left w:w="90" w:type="dxa"/>
              <w:bottom w:w="100" w:type="dxa"/>
              <w:right w:w="90" w:type="dxa"/>
            </w:tcMar>
          </w:tcPr>
          <w:p w14:paraId="30E8EB6D" w14:textId="77777777" w:rsidR="002642CD" w:rsidRDefault="00000000">
            <w:r>
              <w:rPr>
                <w:sz w:val="17"/>
              </w:rPr>
              <w:t>[ ]</w:t>
            </w:r>
          </w:p>
        </w:tc>
        <w:tc>
          <w:tcPr>
            <w:tcW w:w="4896" w:type="dxa"/>
            <w:tcMar>
              <w:top w:w="100" w:type="dxa"/>
              <w:left w:w="90" w:type="dxa"/>
              <w:bottom w:w="100" w:type="dxa"/>
              <w:right w:w="90" w:type="dxa"/>
            </w:tcMar>
          </w:tcPr>
          <w:p w14:paraId="729C8F55" w14:textId="77777777" w:rsidR="002642CD" w:rsidRDefault="00000000">
            <w:r>
              <w:rPr>
                <w:sz w:val="17"/>
              </w:rPr>
              <w:t>Single supplementary PDF, if applicable</w:t>
            </w:r>
          </w:p>
        </w:tc>
        <w:tc>
          <w:tcPr>
            <w:tcW w:w="3816" w:type="dxa"/>
            <w:tcMar>
              <w:top w:w="100" w:type="dxa"/>
              <w:left w:w="90" w:type="dxa"/>
              <w:bottom w:w="100" w:type="dxa"/>
              <w:right w:w="90" w:type="dxa"/>
            </w:tcMar>
          </w:tcPr>
          <w:p w14:paraId="7B33AECE" w14:textId="77777777" w:rsidR="002642CD" w:rsidRDefault="00000000">
            <w:r>
              <w:rPr>
                <w:sz w:val="17"/>
              </w:rPr>
              <w:t>[ ] Not applicable</w:t>
            </w:r>
          </w:p>
        </w:tc>
      </w:tr>
      <w:tr w:rsidR="002642CD" w14:paraId="194D433E" w14:textId="77777777">
        <w:trPr>
          <w:jc w:val="center"/>
        </w:trPr>
        <w:tc>
          <w:tcPr>
            <w:tcW w:w="1080" w:type="dxa"/>
            <w:shd w:val="clear" w:color="auto" w:fill="F3F4F6"/>
            <w:tcMar>
              <w:top w:w="100" w:type="dxa"/>
              <w:left w:w="90" w:type="dxa"/>
              <w:bottom w:w="100" w:type="dxa"/>
              <w:right w:w="90" w:type="dxa"/>
            </w:tcMar>
          </w:tcPr>
          <w:p w14:paraId="3067464C" w14:textId="77777777" w:rsidR="002642CD" w:rsidRDefault="00000000">
            <w:r>
              <w:rPr>
                <w:sz w:val="17"/>
              </w:rPr>
              <w:t>[ ]</w:t>
            </w:r>
          </w:p>
        </w:tc>
        <w:tc>
          <w:tcPr>
            <w:tcW w:w="4896" w:type="dxa"/>
            <w:shd w:val="clear" w:color="auto" w:fill="F3F4F6"/>
            <w:tcMar>
              <w:top w:w="100" w:type="dxa"/>
              <w:left w:w="90" w:type="dxa"/>
              <w:bottom w:w="100" w:type="dxa"/>
              <w:right w:w="90" w:type="dxa"/>
            </w:tcMar>
          </w:tcPr>
          <w:p w14:paraId="0500A070" w14:textId="77777777" w:rsidR="002642CD" w:rsidRDefault="00000000">
            <w:r>
              <w:rPr>
                <w:sz w:val="17"/>
              </w:rPr>
              <w:t>Signed Springer licence-to-publish form</w:t>
            </w:r>
          </w:p>
        </w:tc>
        <w:tc>
          <w:tcPr>
            <w:tcW w:w="3816" w:type="dxa"/>
            <w:shd w:val="clear" w:color="auto" w:fill="F3F4F6"/>
            <w:tcMar>
              <w:top w:w="100" w:type="dxa"/>
              <w:left w:w="90" w:type="dxa"/>
              <w:bottom w:w="100" w:type="dxa"/>
              <w:right w:w="90" w:type="dxa"/>
            </w:tcMar>
          </w:tcPr>
          <w:p w14:paraId="04179F77" w14:textId="77777777" w:rsidR="002642CD" w:rsidRDefault="002642CD"/>
        </w:tc>
      </w:tr>
      <w:tr w:rsidR="002642CD" w14:paraId="3E05DFC5" w14:textId="77777777">
        <w:trPr>
          <w:jc w:val="center"/>
        </w:trPr>
        <w:tc>
          <w:tcPr>
            <w:tcW w:w="1080" w:type="dxa"/>
            <w:tcMar>
              <w:top w:w="100" w:type="dxa"/>
              <w:left w:w="90" w:type="dxa"/>
              <w:bottom w:w="100" w:type="dxa"/>
              <w:right w:w="90" w:type="dxa"/>
            </w:tcMar>
          </w:tcPr>
          <w:p w14:paraId="44195F0A" w14:textId="77777777" w:rsidR="002642CD" w:rsidRDefault="00000000">
            <w:r>
              <w:rPr>
                <w:sz w:val="17"/>
              </w:rPr>
              <w:t>[ ]</w:t>
            </w:r>
          </w:p>
        </w:tc>
        <w:tc>
          <w:tcPr>
            <w:tcW w:w="4896" w:type="dxa"/>
            <w:tcMar>
              <w:top w:w="100" w:type="dxa"/>
              <w:left w:w="90" w:type="dxa"/>
              <w:bottom w:w="100" w:type="dxa"/>
              <w:right w:w="90" w:type="dxa"/>
            </w:tcMar>
          </w:tcPr>
          <w:p w14:paraId="1C5FE158" w14:textId="77777777" w:rsidR="002642CD" w:rsidRDefault="00000000">
            <w:r>
              <w:rPr>
                <w:sz w:val="17"/>
              </w:rPr>
              <w:t>Permissions documentation for third-party material, if applicable</w:t>
            </w:r>
          </w:p>
        </w:tc>
        <w:tc>
          <w:tcPr>
            <w:tcW w:w="3816" w:type="dxa"/>
            <w:tcMar>
              <w:top w:w="100" w:type="dxa"/>
              <w:left w:w="90" w:type="dxa"/>
              <w:bottom w:w="100" w:type="dxa"/>
              <w:right w:w="90" w:type="dxa"/>
            </w:tcMar>
          </w:tcPr>
          <w:p w14:paraId="2554B73A" w14:textId="77777777" w:rsidR="002642CD" w:rsidRDefault="00000000">
            <w:r>
              <w:rPr>
                <w:sz w:val="17"/>
              </w:rPr>
              <w:t>[ ] Not applicable</w:t>
            </w:r>
          </w:p>
        </w:tc>
      </w:tr>
    </w:tbl>
    <w:p w14:paraId="02666F26" w14:textId="77777777" w:rsidR="002642CD" w:rsidRDefault="00000000">
      <w:pPr>
        <w:keepNext/>
        <w:spacing w:before="200" w:after="80"/>
      </w:pPr>
      <w:r>
        <w:rPr>
          <w:b/>
          <w:color w:val="8B1E16"/>
          <w:sz w:val="27"/>
        </w:rPr>
        <w:t>F. Springer formatting, accessibility, and permissions</w:t>
      </w:r>
    </w:p>
    <w:p w14:paraId="2EC2AB78" w14:textId="77777777" w:rsidR="002642CD" w:rsidRDefault="00000000">
      <w:pPr>
        <w:pStyle w:val="ListBullet"/>
        <w:spacing w:after="60"/>
      </w:pPr>
      <w:r>
        <w:t>[ ] The paper uses the Springer LNCS template and remains within the approved page limit.</w:t>
      </w:r>
    </w:p>
    <w:p w14:paraId="7D38E9F1" w14:textId="77777777" w:rsidR="002642CD" w:rsidRDefault="00000000">
      <w:pPr>
        <w:pStyle w:val="ListBullet"/>
        <w:spacing w:after="60"/>
      </w:pPr>
      <w:r>
        <w:t>[ ] The final PDF contains no page numbers or running heads.</w:t>
      </w:r>
    </w:p>
    <w:p w14:paraId="0B73C11C" w14:textId="77777777" w:rsidR="002642CD" w:rsidRDefault="00000000">
      <w:pPr>
        <w:pStyle w:val="ListBullet"/>
        <w:spacing w:after="60"/>
      </w:pPr>
      <w:r>
        <w:t>[ ] Figure text is legible; figure captions appear below figures and table captions appear above tables.</w:t>
      </w:r>
    </w:p>
    <w:p w14:paraId="72C3FAB4" w14:textId="77777777" w:rsidR="002642CD" w:rsidRDefault="00000000">
      <w:pPr>
        <w:pStyle w:val="ListBullet"/>
        <w:spacing w:after="60"/>
      </w:pPr>
      <w:r>
        <w:t>[ ] Tables and equations remain editable in the source files rather than being pasted as images.</w:t>
      </w:r>
    </w:p>
    <w:p w14:paraId="6375B9AF" w14:textId="77777777" w:rsidR="002642CD" w:rsidRDefault="00000000">
      <w:pPr>
        <w:pStyle w:val="ListBullet"/>
        <w:spacing w:after="60"/>
      </w:pPr>
      <w:r>
        <w:t>[ ] The manuscript includes a Disclosure of Interests statement, including a statement that there are no relevant competing interests when applicable.</w:t>
      </w:r>
    </w:p>
    <w:p w14:paraId="366156CD" w14:textId="77777777" w:rsidR="002642CD" w:rsidRDefault="00000000">
      <w:pPr>
        <w:pStyle w:val="ListBullet"/>
        <w:spacing w:after="60"/>
      </w:pPr>
      <w:r>
        <w:t>[ ] Alt text has been supplied for figures, or the corresponding author agrees to review and approve alt text prepared during production.</w:t>
      </w:r>
    </w:p>
    <w:p w14:paraId="4F4BC359" w14:textId="77777777" w:rsidR="002642CD" w:rsidRDefault="00000000">
      <w:pPr>
        <w:pStyle w:val="ListBullet"/>
        <w:spacing w:after="60"/>
      </w:pPr>
      <w:r>
        <w:t>[ ] All third-party content is correctly cited and any required publication permission has been obtained.</w:t>
      </w:r>
    </w:p>
    <w:p w14:paraId="2892151C" w14:textId="77777777" w:rsidR="002642CD" w:rsidRDefault="00000000">
      <w:pPr>
        <w:pStyle w:val="ListBullet"/>
        <w:spacing w:after="60"/>
      </w:pPr>
      <w:r>
        <w:t>[ ] The manuscript contains no protected health information, confidential information, or material that the authors are not authorized to publish.</w:t>
      </w:r>
    </w:p>
    <w:tbl>
      <w:tblPr>
        <w:tblW w:w="0" w:type="auto"/>
        <w:jc w:val="center"/>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4A0" w:firstRow="1" w:lastRow="0" w:firstColumn="1" w:lastColumn="0" w:noHBand="0" w:noVBand="1"/>
      </w:tblPr>
      <w:tblGrid>
        <w:gridCol w:w="3384"/>
        <w:gridCol w:w="6408"/>
      </w:tblGrid>
      <w:tr w:rsidR="002642CD" w14:paraId="1558052D" w14:textId="77777777">
        <w:trPr>
          <w:jc w:val="center"/>
        </w:trPr>
        <w:tc>
          <w:tcPr>
            <w:tcW w:w="3384" w:type="dxa"/>
            <w:shd w:val="clear" w:color="auto" w:fill="EAF2F4"/>
            <w:tcMar>
              <w:top w:w="100" w:type="dxa"/>
              <w:left w:w="110" w:type="dxa"/>
              <w:bottom w:w="100" w:type="dxa"/>
              <w:right w:w="110" w:type="dxa"/>
            </w:tcMar>
          </w:tcPr>
          <w:p w14:paraId="07409C9B" w14:textId="77777777" w:rsidR="002642CD" w:rsidRDefault="00000000">
            <w:r>
              <w:rPr>
                <w:b/>
                <w:color w:val="1F2937"/>
                <w:sz w:val="18"/>
              </w:rPr>
              <w:t>Third-party material requiring permission? *</w:t>
            </w:r>
          </w:p>
        </w:tc>
        <w:tc>
          <w:tcPr>
            <w:tcW w:w="6408" w:type="dxa"/>
            <w:shd w:val="clear" w:color="auto" w:fill="FFFFFF"/>
            <w:tcMar>
              <w:top w:w="100" w:type="dxa"/>
              <w:left w:w="110" w:type="dxa"/>
              <w:bottom w:w="100" w:type="dxa"/>
              <w:right w:w="110" w:type="dxa"/>
            </w:tcMar>
          </w:tcPr>
          <w:p w14:paraId="54C49A15" w14:textId="77777777" w:rsidR="002642CD" w:rsidRDefault="00000000">
            <w:r>
              <w:rPr>
                <w:color w:val="6B7280"/>
                <w:sz w:val="18"/>
              </w:rPr>
              <w:t>[ ] No    [ ] Yes - provide details below</w:t>
            </w:r>
          </w:p>
        </w:tc>
      </w:tr>
      <w:tr w:rsidR="002642CD" w14:paraId="7ED91845" w14:textId="77777777">
        <w:trPr>
          <w:trHeight w:val="1440"/>
          <w:jc w:val="center"/>
        </w:trPr>
        <w:tc>
          <w:tcPr>
            <w:tcW w:w="3384" w:type="dxa"/>
            <w:shd w:val="clear" w:color="auto" w:fill="EAF2F4"/>
            <w:tcMar>
              <w:top w:w="100" w:type="dxa"/>
              <w:left w:w="110" w:type="dxa"/>
              <w:bottom w:w="100" w:type="dxa"/>
              <w:right w:w="110" w:type="dxa"/>
            </w:tcMar>
          </w:tcPr>
          <w:p w14:paraId="6CCB5840" w14:textId="77777777" w:rsidR="002642CD" w:rsidRDefault="00000000">
            <w:r>
              <w:rPr>
                <w:b/>
                <w:color w:val="1F2937"/>
                <w:sz w:val="18"/>
              </w:rPr>
              <w:t>Permission details</w:t>
            </w:r>
          </w:p>
        </w:tc>
        <w:tc>
          <w:tcPr>
            <w:tcW w:w="6408" w:type="dxa"/>
            <w:shd w:val="clear" w:color="auto" w:fill="FFFFFF"/>
            <w:tcMar>
              <w:top w:w="100" w:type="dxa"/>
              <w:left w:w="110" w:type="dxa"/>
              <w:bottom w:w="100" w:type="dxa"/>
              <w:right w:w="110" w:type="dxa"/>
            </w:tcMar>
          </w:tcPr>
          <w:p w14:paraId="50058556" w14:textId="77777777" w:rsidR="002642CD" w:rsidRDefault="00000000">
            <w:r>
              <w:rPr>
                <w:color w:val="6B7280"/>
                <w:sz w:val="18"/>
              </w:rPr>
              <w:t>[Describe the material, copyright holder, and permission status]</w:t>
            </w:r>
          </w:p>
        </w:tc>
      </w:tr>
    </w:tbl>
    <w:p w14:paraId="6984FBB6" w14:textId="77777777" w:rsidR="002642CD" w:rsidRDefault="00000000">
      <w:pPr>
        <w:keepNext/>
        <w:spacing w:before="200" w:after="80"/>
      </w:pPr>
      <w:r>
        <w:rPr>
          <w:b/>
          <w:color w:val="8B1E16"/>
          <w:sz w:val="27"/>
        </w:rPr>
        <w:t>G. Final author declarations</w:t>
      </w:r>
    </w:p>
    <w:p w14:paraId="2DB95D7E" w14:textId="77777777" w:rsidR="002642CD" w:rsidRDefault="00000000">
      <w:pPr>
        <w:pStyle w:val="ListBullet"/>
        <w:spacing w:after="60"/>
      </w:pPr>
      <w:r>
        <w:t>[ ] The final title and abstract exactly match the camera-ready PDF.</w:t>
      </w:r>
    </w:p>
    <w:p w14:paraId="3B448596" w14:textId="77777777" w:rsidR="002642CD" w:rsidRDefault="00000000">
      <w:pPr>
        <w:pStyle w:val="ListBullet"/>
        <w:spacing w:after="60"/>
      </w:pPr>
      <w:r>
        <w:t>[ ] The author list and author order are final and have been approved by all authors.</w:t>
      </w:r>
    </w:p>
    <w:p w14:paraId="4EC5AB06" w14:textId="77777777" w:rsidR="002642CD" w:rsidRDefault="00000000">
      <w:pPr>
        <w:pStyle w:val="ListBullet"/>
        <w:spacing w:after="60"/>
      </w:pPr>
      <w:r>
        <w:t>[ ] Exactly one corresponding author is identified in the manuscript and this form.</w:t>
      </w:r>
    </w:p>
    <w:p w14:paraId="103EF5BA" w14:textId="77777777" w:rsidR="002642CD" w:rsidRDefault="00000000">
      <w:pPr>
        <w:pStyle w:val="ListBullet"/>
        <w:spacing w:after="60"/>
      </w:pPr>
      <w:r>
        <w:t>[ ] All affiliations and author-name structures are accurate and final.</w:t>
      </w:r>
    </w:p>
    <w:p w14:paraId="5A658D4D" w14:textId="77777777" w:rsidR="002642CD" w:rsidRDefault="00000000">
      <w:pPr>
        <w:pStyle w:val="ListBullet"/>
        <w:spacing w:after="60"/>
      </w:pPr>
      <w:r>
        <w:t>[ ] All authors have reviewed and approved the final manuscript.</w:t>
      </w:r>
    </w:p>
    <w:p w14:paraId="04EAADAD" w14:textId="77777777" w:rsidR="002642CD" w:rsidRDefault="00000000">
      <w:pPr>
        <w:pStyle w:val="ListBullet"/>
        <w:spacing w:after="60"/>
      </w:pPr>
      <w:r>
        <w:t>[ ] All external datasets, pretrained models, foundation models, synthetic data, pseudo-labels, and external annotations have been disclosed.</w:t>
      </w:r>
    </w:p>
    <w:p w14:paraId="3A156C23" w14:textId="77777777" w:rsidR="002642CD" w:rsidRDefault="00000000">
      <w:pPr>
        <w:pStyle w:val="ListBullet"/>
        <w:spacing w:after="60"/>
      </w:pPr>
      <w:r>
        <w:t>[ ] The final source files correspond exactly to the submitted camera-ready PDF.</w:t>
      </w:r>
    </w:p>
    <w:p w14:paraId="62E24D95" w14:textId="77777777" w:rsidR="002642CD" w:rsidRDefault="00000000">
      <w:pPr>
        <w:pStyle w:val="ListBullet"/>
        <w:spacing w:after="60"/>
      </w:pPr>
      <w:r>
        <w:t>[ ] No substantive changes to the method, results, title, or authorship are planned after this submission.</w:t>
      </w:r>
    </w:p>
    <w:p w14:paraId="1EC7494A" w14:textId="77777777" w:rsidR="002642CD" w:rsidRDefault="00000000">
      <w:pPr>
        <w:pStyle w:val="ListBullet"/>
        <w:spacing w:after="60"/>
      </w:pPr>
      <w:r>
        <w:t>[ ] Any conflicts of interest and competing interests have been declared in the manuscript.</w:t>
      </w:r>
    </w:p>
    <w:tbl>
      <w:tblPr>
        <w:tblW w:w="0" w:type="auto"/>
        <w:jc w:val="center"/>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4A0" w:firstRow="1" w:lastRow="0" w:firstColumn="1" w:lastColumn="0" w:noHBand="0" w:noVBand="1"/>
      </w:tblPr>
      <w:tblGrid>
        <w:gridCol w:w="3384"/>
        <w:gridCol w:w="6408"/>
      </w:tblGrid>
      <w:tr w:rsidR="002642CD" w14:paraId="2B723B50" w14:textId="77777777">
        <w:trPr>
          <w:jc w:val="center"/>
        </w:trPr>
        <w:tc>
          <w:tcPr>
            <w:tcW w:w="3384" w:type="dxa"/>
            <w:shd w:val="clear" w:color="auto" w:fill="EAF2F4"/>
            <w:tcMar>
              <w:top w:w="100" w:type="dxa"/>
              <w:left w:w="110" w:type="dxa"/>
              <w:bottom w:w="100" w:type="dxa"/>
              <w:right w:w="110" w:type="dxa"/>
            </w:tcMar>
          </w:tcPr>
          <w:p w14:paraId="5E534E88" w14:textId="77777777" w:rsidR="002642CD" w:rsidRDefault="00000000">
            <w:r>
              <w:rPr>
                <w:b/>
                <w:color w:val="1F2937"/>
                <w:sz w:val="18"/>
              </w:rPr>
              <w:lastRenderedPageBreak/>
              <w:t>Submitting representative name *</w:t>
            </w:r>
          </w:p>
        </w:tc>
        <w:tc>
          <w:tcPr>
            <w:tcW w:w="6408" w:type="dxa"/>
            <w:shd w:val="clear" w:color="auto" w:fill="FFFFFF"/>
            <w:tcMar>
              <w:top w:w="100" w:type="dxa"/>
              <w:left w:w="110" w:type="dxa"/>
              <w:bottom w:w="100" w:type="dxa"/>
              <w:right w:w="110" w:type="dxa"/>
            </w:tcMar>
          </w:tcPr>
          <w:p w14:paraId="3CF8AF84" w14:textId="77777777" w:rsidR="002642CD" w:rsidRDefault="002642CD"/>
        </w:tc>
      </w:tr>
      <w:tr w:rsidR="002642CD" w14:paraId="0EE71D35" w14:textId="77777777">
        <w:trPr>
          <w:jc w:val="center"/>
        </w:trPr>
        <w:tc>
          <w:tcPr>
            <w:tcW w:w="3384" w:type="dxa"/>
            <w:shd w:val="clear" w:color="auto" w:fill="EAF2F4"/>
            <w:tcMar>
              <w:top w:w="100" w:type="dxa"/>
              <w:left w:w="110" w:type="dxa"/>
              <w:bottom w:w="100" w:type="dxa"/>
              <w:right w:w="110" w:type="dxa"/>
            </w:tcMar>
          </w:tcPr>
          <w:p w14:paraId="585A362A" w14:textId="77777777" w:rsidR="002642CD" w:rsidRDefault="00000000">
            <w:r>
              <w:rPr>
                <w:b/>
                <w:color w:val="1F2937"/>
                <w:sz w:val="18"/>
              </w:rPr>
              <w:t>Email *</w:t>
            </w:r>
          </w:p>
        </w:tc>
        <w:tc>
          <w:tcPr>
            <w:tcW w:w="6408" w:type="dxa"/>
            <w:shd w:val="clear" w:color="auto" w:fill="FFFFFF"/>
            <w:tcMar>
              <w:top w:w="100" w:type="dxa"/>
              <w:left w:w="110" w:type="dxa"/>
              <w:bottom w:w="100" w:type="dxa"/>
              <w:right w:w="110" w:type="dxa"/>
            </w:tcMar>
          </w:tcPr>
          <w:p w14:paraId="17DCDBC0" w14:textId="77777777" w:rsidR="002642CD" w:rsidRDefault="002642CD"/>
        </w:tc>
      </w:tr>
      <w:tr w:rsidR="002642CD" w14:paraId="3A636D82" w14:textId="77777777">
        <w:trPr>
          <w:jc w:val="center"/>
        </w:trPr>
        <w:tc>
          <w:tcPr>
            <w:tcW w:w="3384" w:type="dxa"/>
            <w:shd w:val="clear" w:color="auto" w:fill="EAF2F4"/>
            <w:tcMar>
              <w:top w:w="100" w:type="dxa"/>
              <w:left w:w="110" w:type="dxa"/>
              <w:bottom w:w="100" w:type="dxa"/>
              <w:right w:w="110" w:type="dxa"/>
            </w:tcMar>
          </w:tcPr>
          <w:p w14:paraId="53584688" w14:textId="77777777" w:rsidR="002642CD" w:rsidRDefault="00000000">
            <w:r>
              <w:rPr>
                <w:b/>
                <w:color w:val="1F2937"/>
                <w:sz w:val="18"/>
              </w:rPr>
              <w:t>Date submitted *</w:t>
            </w:r>
          </w:p>
        </w:tc>
        <w:tc>
          <w:tcPr>
            <w:tcW w:w="6408" w:type="dxa"/>
            <w:shd w:val="clear" w:color="auto" w:fill="FFFFFF"/>
            <w:tcMar>
              <w:top w:w="100" w:type="dxa"/>
              <w:left w:w="110" w:type="dxa"/>
              <w:bottom w:w="100" w:type="dxa"/>
              <w:right w:w="110" w:type="dxa"/>
            </w:tcMar>
          </w:tcPr>
          <w:p w14:paraId="7C96A5CC" w14:textId="77777777" w:rsidR="002642CD" w:rsidRDefault="00000000">
            <w:r>
              <w:rPr>
                <w:color w:val="6B7280"/>
                <w:sz w:val="18"/>
              </w:rPr>
              <w:t>[YYYY-MM-DD]</w:t>
            </w:r>
          </w:p>
        </w:tc>
      </w:tr>
      <w:tr w:rsidR="002642CD" w14:paraId="73E62128" w14:textId="77777777">
        <w:trPr>
          <w:trHeight w:val="1080"/>
          <w:jc w:val="center"/>
        </w:trPr>
        <w:tc>
          <w:tcPr>
            <w:tcW w:w="3384" w:type="dxa"/>
            <w:shd w:val="clear" w:color="auto" w:fill="EAF2F4"/>
            <w:tcMar>
              <w:top w:w="100" w:type="dxa"/>
              <w:left w:w="110" w:type="dxa"/>
              <w:bottom w:w="100" w:type="dxa"/>
              <w:right w:w="110" w:type="dxa"/>
            </w:tcMar>
          </w:tcPr>
          <w:p w14:paraId="136CEB5F" w14:textId="77777777" w:rsidR="002642CD" w:rsidRDefault="00000000">
            <w:r>
              <w:rPr>
                <w:b/>
                <w:color w:val="1F2937"/>
                <w:sz w:val="18"/>
              </w:rPr>
              <w:t>Electronic confirmation *</w:t>
            </w:r>
          </w:p>
        </w:tc>
        <w:tc>
          <w:tcPr>
            <w:tcW w:w="6408" w:type="dxa"/>
            <w:shd w:val="clear" w:color="auto" w:fill="FFFFFF"/>
            <w:tcMar>
              <w:top w:w="100" w:type="dxa"/>
              <w:left w:w="110" w:type="dxa"/>
              <w:bottom w:w="100" w:type="dxa"/>
              <w:right w:w="110" w:type="dxa"/>
            </w:tcMar>
          </w:tcPr>
          <w:p w14:paraId="548E5881" w14:textId="77777777" w:rsidR="002642CD" w:rsidRDefault="00000000">
            <w:r>
              <w:rPr>
                <w:color w:val="6B7280"/>
                <w:sz w:val="18"/>
              </w:rPr>
              <w:t>[ ] I confirm that the information in this metadata form is accurate and approved for submission to the AMPLIFAI organizers.</w:t>
            </w:r>
          </w:p>
        </w:tc>
      </w:tr>
    </w:tbl>
    <w:p w14:paraId="5E92E2A2" w14:textId="77777777" w:rsidR="002642CD" w:rsidRDefault="00000000">
      <w:pPr>
        <w:keepNext/>
        <w:spacing w:before="200" w:after="80"/>
      </w:pPr>
      <w:r>
        <w:rPr>
          <w:b/>
          <w:color w:val="8B1E16"/>
          <w:sz w:val="27"/>
        </w:rPr>
        <w:t>H. Delivery instructions</w:t>
      </w:r>
    </w:p>
    <w:p w14:paraId="440D384B" w14:textId="77777777" w:rsidR="002642CD" w:rsidRDefault="00000000">
      <w:r>
        <w:t>Deadline: August 25, 2026, 11:59 PM EDT.</w:t>
      </w:r>
    </w:p>
    <w:p w14:paraId="4A356E1C" w14:textId="77777777" w:rsidR="002642CD" w:rsidRDefault="00000000">
      <w:r>
        <w:t>Submit this completed form and the complete camera-ready file package using the upload or delivery instructions provided in the acceptance email.</w:t>
      </w:r>
    </w:p>
    <w:p w14:paraId="382A8E97" w14:textId="7A1A3901" w:rsidR="002642CD" w:rsidRDefault="00000000" w:rsidP="00CA0858">
      <w:r>
        <w:t xml:space="preserve">Questions: </w:t>
      </w:r>
      <w:hyperlink r:id="rId9">
        <w:r>
          <w:rPr>
            <w:color w:val="2B6777"/>
            <w:u w:val="single"/>
          </w:rPr>
          <w:t>amplifai@som.umaryland.edu</w:t>
        </w:r>
      </w:hyperlink>
    </w:p>
    <w:p w14:paraId="53ACFF63" w14:textId="77777777" w:rsidR="002642CD" w:rsidRDefault="00000000">
      <w:pPr>
        <w:keepNext/>
        <w:spacing w:before="200" w:after="80"/>
      </w:pPr>
      <w:r>
        <w:rPr>
          <w:b/>
          <w:color w:val="8B1E16"/>
          <w:sz w:val="27"/>
        </w:rPr>
        <w:t>I. Organizer use only</w:t>
      </w:r>
    </w:p>
    <w:tbl>
      <w:tblPr>
        <w:tblW w:w="0" w:type="auto"/>
        <w:jc w:val="center"/>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Layout w:type="fixed"/>
        <w:tblLook w:val="04A0" w:firstRow="1" w:lastRow="0" w:firstColumn="1" w:lastColumn="0" w:noHBand="0" w:noVBand="1"/>
      </w:tblPr>
      <w:tblGrid>
        <w:gridCol w:w="3384"/>
        <w:gridCol w:w="6408"/>
      </w:tblGrid>
      <w:tr w:rsidR="002642CD" w14:paraId="4E73403D" w14:textId="77777777">
        <w:trPr>
          <w:jc w:val="center"/>
        </w:trPr>
        <w:tc>
          <w:tcPr>
            <w:tcW w:w="3384" w:type="dxa"/>
            <w:shd w:val="clear" w:color="auto" w:fill="EAF2F4"/>
            <w:tcMar>
              <w:top w:w="100" w:type="dxa"/>
              <w:left w:w="110" w:type="dxa"/>
              <w:bottom w:w="100" w:type="dxa"/>
              <w:right w:w="110" w:type="dxa"/>
            </w:tcMar>
          </w:tcPr>
          <w:p w14:paraId="2ECE4C36" w14:textId="77777777" w:rsidR="002642CD" w:rsidRDefault="00000000">
            <w:r>
              <w:rPr>
                <w:b/>
                <w:color w:val="1F2937"/>
                <w:sz w:val="18"/>
              </w:rPr>
              <w:t>Package received</w:t>
            </w:r>
          </w:p>
        </w:tc>
        <w:tc>
          <w:tcPr>
            <w:tcW w:w="6408" w:type="dxa"/>
            <w:shd w:val="clear" w:color="auto" w:fill="FFFFFF"/>
            <w:tcMar>
              <w:top w:w="100" w:type="dxa"/>
              <w:left w:w="110" w:type="dxa"/>
              <w:bottom w:w="100" w:type="dxa"/>
              <w:right w:w="110" w:type="dxa"/>
            </w:tcMar>
          </w:tcPr>
          <w:p w14:paraId="3B4E85E4" w14:textId="77777777" w:rsidR="002642CD" w:rsidRDefault="00000000">
            <w:r>
              <w:rPr>
                <w:color w:val="6B7280"/>
                <w:sz w:val="18"/>
              </w:rPr>
              <w:t>[ ] Yes   Date: __________</w:t>
            </w:r>
          </w:p>
        </w:tc>
      </w:tr>
      <w:tr w:rsidR="002642CD" w14:paraId="6A0AE5F2" w14:textId="77777777">
        <w:trPr>
          <w:jc w:val="center"/>
        </w:trPr>
        <w:tc>
          <w:tcPr>
            <w:tcW w:w="3384" w:type="dxa"/>
            <w:shd w:val="clear" w:color="auto" w:fill="EAF2F4"/>
            <w:tcMar>
              <w:top w:w="100" w:type="dxa"/>
              <w:left w:w="110" w:type="dxa"/>
              <w:bottom w:w="100" w:type="dxa"/>
              <w:right w:w="110" w:type="dxa"/>
            </w:tcMar>
          </w:tcPr>
          <w:p w14:paraId="367437C8" w14:textId="77777777" w:rsidR="002642CD" w:rsidRDefault="00000000">
            <w:r>
              <w:rPr>
                <w:b/>
                <w:color w:val="1F2937"/>
                <w:sz w:val="18"/>
              </w:rPr>
              <w:t>Technical check complete</w:t>
            </w:r>
          </w:p>
        </w:tc>
        <w:tc>
          <w:tcPr>
            <w:tcW w:w="6408" w:type="dxa"/>
            <w:shd w:val="clear" w:color="auto" w:fill="FFFFFF"/>
            <w:tcMar>
              <w:top w:w="100" w:type="dxa"/>
              <w:left w:w="110" w:type="dxa"/>
              <w:bottom w:w="100" w:type="dxa"/>
              <w:right w:w="110" w:type="dxa"/>
            </w:tcMar>
          </w:tcPr>
          <w:p w14:paraId="238CC268" w14:textId="77777777" w:rsidR="002642CD" w:rsidRDefault="00000000">
            <w:r>
              <w:rPr>
                <w:color w:val="6B7280"/>
                <w:sz w:val="18"/>
              </w:rPr>
              <w:t>[ ] Yes   [ ] Revision required</w:t>
            </w:r>
          </w:p>
        </w:tc>
      </w:tr>
      <w:tr w:rsidR="002642CD" w14:paraId="4F59A9C5" w14:textId="77777777">
        <w:trPr>
          <w:jc w:val="center"/>
        </w:trPr>
        <w:tc>
          <w:tcPr>
            <w:tcW w:w="3384" w:type="dxa"/>
            <w:shd w:val="clear" w:color="auto" w:fill="EAF2F4"/>
            <w:tcMar>
              <w:top w:w="100" w:type="dxa"/>
              <w:left w:w="110" w:type="dxa"/>
              <w:bottom w:w="100" w:type="dxa"/>
              <w:right w:w="110" w:type="dxa"/>
            </w:tcMar>
          </w:tcPr>
          <w:p w14:paraId="3F2470C5" w14:textId="77777777" w:rsidR="002642CD" w:rsidRDefault="00000000">
            <w:r>
              <w:rPr>
                <w:b/>
                <w:color w:val="1F2937"/>
                <w:sz w:val="18"/>
              </w:rPr>
              <w:t>Licence form complete</w:t>
            </w:r>
          </w:p>
        </w:tc>
        <w:tc>
          <w:tcPr>
            <w:tcW w:w="6408" w:type="dxa"/>
            <w:shd w:val="clear" w:color="auto" w:fill="FFFFFF"/>
            <w:tcMar>
              <w:top w:w="100" w:type="dxa"/>
              <w:left w:w="110" w:type="dxa"/>
              <w:bottom w:w="100" w:type="dxa"/>
              <w:right w:w="110" w:type="dxa"/>
            </w:tcMar>
          </w:tcPr>
          <w:p w14:paraId="74071911" w14:textId="77777777" w:rsidR="002642CD" w:rsidRDefault="00000000">
            <w:r>
              <w:rPr>
                <w:color w:val="6B7280"/>
                <w:sz w:val="18"/>
              </w:rPr>
              <w:t>[ ] Yes   [ ] No</w:t>
            </w:r>
          </w:p>
        </w:tc>
      </w:tr>
      <w:tr w:rsidR="002642CD" w14:paraId="579DAB18" w14:textId="77777777">
        <w:trPr>
          <w:jc w:val="center"/>
        </w:trPr>
        <w:tc>
          <w:tcPr>
            <w:tcW w:w="3384" w:type="dxa"/>
            <w:shd w:val="clear" w:color="auto" w:fill="EAF2F4"/>
            <w:tcMar>
              <w:top w:w="100" w:type="dxa"/>
              <w:left w:w="110" w:type="dxa"/>
              <w:bottom w:w="100" w:type="dxa"/>
              <w:right w:w="110" w:type="dxa"/>
            </w:tcMar>
          </w:tcPr>
          <w:p w14:paraId="3DD2C980" w14:textId="77777777" w:rsidR="002642CD" w:rsidRDefault="00000000">
            <w:r>
              <w:rPr>
                <w:b/>
                <w:color w:val="1F2937"/>
                <w:sz w:val="18"/>
              </w:rPr>
              <w:t>TOC metadata entered</w:t>
            </w:r>
          </w:p>
        </w:tc>
        <w:tc>
          <w:tcPr>
            <w:tcW w:w="6408" w:type="dxa"/>
            <w:shd w:val="clear" w:color="auto" w:fill="FFFFFF"/>
            <w:tcMar>
              <w:top w:w="100" w:type="dxa"/>
              <w:left w:w="110" w:type="dxa"/>
              <w:bottom w:w="100" w:type="dxa"/>
              <w:right w:w="110" w:type="dxa"/>
            </w:tcMar>
          </w:tcPr>
          <w:p w14:paraId="5A8912A8" w14:textId="77777777" w:rsidR="002642CD" w:rsidRDefault="00000000">
            <w:r>
              <w:rPr>
                <w:color w:val="6B7280"/>
                <w:sz w:val="18"/>
              </w:rPr>
              <w:t>[ ] Yes</w:t>
            </w:r>
          </w:p>
        </w:tc>
      </w:tr>
      <w:tr w:rsidR="002642CD" w14:paraId="0391EEEE" w14:textId="77777777">
        <w:trPr>
          <w:jc w:val="center"/>
        </w:trPr>
        <w:tc>
          <w:tcPr>
            <w:tcW w:w="3384" w:type="dxa"/>
            <w:shd w:val="clear" w:color="auto" w:fill="EAF2F4"/>
            <w:tcMar>
              <w:top w:w="100" w:type="dxa"/>
              <w:left w:w="110" w:type="dxa"/>
              <w:bottom w:w="100" w:type="dxa"/>
              <w:right w:w="110" w:type="dxa"/>
            </w:tcMar>
          </w:tcPr>
          <w:p w14:paraId="56B99F6B" w14:textId="77777777" w:rsidR="002642CD" w:rsidRDefault="00000000">
            <w:r>
              <w:rPr>
                <w:b/>
                <w:color w:val="1F2937"/>
                <w:sz w:val="18"/>
              </w:rPr>
              <w:t>Final filename assigned</w:t>
            </w:r>
          </w:p>
        </w:tc>
        <w:tc>
          <w:tcPr>
            <w:tcW w:w="6408" w:type="dxa"/>
            <w:shd w:val="clear" w:color="auto" w:fill="FFFFFF"/>
            <w:tcMar>
              <w:top w:w="100" w:type="dxa"/>
              <w:left w:w="110" w:type="dxa"/>
              <w:bottom w:w="100" w:type="dxa"/>
              <w:right w:w="110" w:type="dxa"/>
            </w:tcMar>
          </w:tcPr>
          <w:p w14:paraId="2A25B4B3" w14:textId="77777777" w:rsidR="002642CD" w:rsidRDefault="002642CD"/>
        </w:tc>
      </w:tr>
      <w:tr w:rsidR="002642CD" w14:paraId="7E251414" w14:textId="77777777">
        <w:trPr>
          <w:trHeight w:val="1440"/>
          <w:jc w:val="center"/>
        </w:trPr>
        <w:tc>
          <w:tcPr>
            <w:tcW w:w="3384" w:type="dxa"/>
            <w:shd w:val="clear" w:color="auto" w:fill="EAF2F4"/>
            <w:tcMar>
              <w:top w:w="100" w:type="dxa"/>
              <w:left w:w="110" w:type="dxa"/>
              <w:bottom w:w="100" w:type="dxa"/>
              <w:right w:w="110" w:type="dxa"/>
            </w:tcMar>
          </w:tcPr>
          <w:p w14:paraId="1087C0E8" w14:textId="77777777" w:rsidR="002642CD" w:rsidRDefault="00000000">
            <w:r>
              <w:rPr>
                <w:b/>
                <w:color w:val="1F2937"/>
                <w:sz w:val="18"/>
              </w:rPr>
              <w:t>Organizer notes</w:t>
            </w:r>
          </w:p>
        </w:tc>
        <w:tc>
          <w:tcPr>
            <w:tcW w:w="6408" w:type="dxa"/>
            <w:shd w:val="clear" w:color="auto" w:fill="FFFFFF"/>
            <w:tcMar>
              <w:top w:w="100" w:type="dxa"/>
              <w:left w:w="110" w:type="dxa"/>
              <w:bottom w:w="100" w:type="dxa"/>
              <w:right w:w="110" w:type="dxa"/>
            </w:tcMar>
          </w:tcPr>
          <w:p w14:paraId="430050B5" w14:textId="77777777" w:rsidR="002642CD" w:rsidRDefault="002642CD"/>
        </w:tc>
      </w:tr>
    </w:tbl>
    <w:p w14:paraId="6F804BC8" w14:textId="77777777" w:rsidR="00420E0A" w:rsidRDefault="00420E0A"/>
    <w:sectPr w:rsidR="00420E0A" w:rsidSect="00034616">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5F2534" w14:textId="77777777" w:rsidR="00420E0A" w:rsidRDefault="00420E0A">
      <w:pPr>
        <w:spacing w:after="0" w:line="240" w:lineRule="auto"/>
      </w:pPr>
      <w:r>
        <w:separator/>
      </w:r>
    </w:p>
  </w:endnote>
  <w:endnote w:type="continuationSeparator" w:id="0">
    <w:p w14:paraId="184A49FF" w14:textId="77777777" w:rsidR="00420E0A" w:rsidRDefault="00420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2A5C89" w14:textId="77777777" w:rsidR="002642CD" w:rsidRDefault="00000000">
    <w:pPr>
      <w:pStyle w:val="Footer"/>
      <w:jc w:val="center"/>
    </w:pPr>
    <w:r>
      <w:rPr>
        <w:color w:val="6B7280"/>
        <w:sz w:val="17"/>
      </w:rPr>
      <w:t xml:space="preserve">AMPLIFAI </w:t>
    </w:r>
    <w:proofErr w:type="gramStart"/>
    <w:r>
      <w:rPr>
        <w:color w:val="6B7280"/>
        <w:sz w:val="17"/>
      </w:rPr>
      <w:t>2026  |</w:t>
    </w:r>
    <w:proofErr w:type="gramEnd"/>
    <w:r>
      <w:rPr>
        <w:color w:val="6B7280"/>
        <w:sz w:val="17"/>
      </w:rPr>
      <w:t xml:space="preserve">  </w:t>
    </w:r>
    <w:r>
      <w:fldChar w:fldCharType="begin"/>
    </w:r>
    <w:r>
      <w:instrText xml:space="preserve"> PAGE </w:instrText>
    </w:r>
    <w:r w:rsidR="00CA0858">
      <w:fldChar w:fldCharType="separate"/>
    </w:r>
    <w:r w:rsidR="00CA08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0BCDF2" w14:textId="77777777" w:rsidR="00420E0A" w:rsidRDefault="00420E0A">
      <w:pPr>
        <w:spacing w:after="0" w:line="240" w:lineRule="auto"/>
      </w:pPr>
      <w:r>
        <w:separator/>
      </w:r>
    </w:p>
  </w:footnote>
  <w:footnote w:type="continuationSeparator" w:id="0">
    <w:p w14:paraId="4DAF877B" w14:textId="77777777" w:rsidR="00420E0A" w:rsidRDefault="00420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4603533">
    <w:abstractNumId w:val="8"/>
  </w:num>
  <w:num w:numId="2" w16cid:durableId="1115172617">
    <w:abstractNumId w:val="6"/>
  </w:num>
  <w:num w:numId="3" w16cid:durableId="260846269">
    <w:abstractNumId w:val="5"/>
  </w:num>
  <w:num w:numId="4" w16cid:durableId="1201698408">
    <w:abstractNumId w:val="4"/>
  </w:num>
  <w:num w:numId="5" w16cid:durableId="1916626789">
    <w:abstractNumId w:val="7"/>
  </w:num>
  <w:num w:numId="6" w16cid:durableId="803546213">
    <w:abstractNumId w:val="3"/>
  </w:num>
  <w:num w:numId="7" w16cid:durableId="1998458087">
    <w:abstractNumId w:val="2"/>
  </w:num>
  <w:num w:numId="8" w16cid:durableId="1524247802">
    <w:abstractNumId w:val="1"/>
  </w:num>
  <w:num w:numId="9" w16cid:durableId="4281662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42CD"/>
    <w:rsid w:val="0029639D"/>
    <w:rsid w:val="00326F90"/>
    <w:rsid w:val="00420E0A"/>
    <w:rsid w:val="00AA1D8D"/>
    <w:rsid w:val="00B47730"/>
    <w:rsid w:val="00CA0858"/>
    <w:rsid w:val="00CB0664"/>
    <w:rsid w:val="00E355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1A6ED"/>
  <w14:defaultImageDpi w14:val="300"/>
  <w15:docId w15:val="{8171A37B-6065-AB44-9321-EC87B941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plifai@som.umarylan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AMPLIFAI Organizing Committee</dc:creator>
  <cp:keywords/>
  <dc:description>generated by python-docx</dc:description>
  <cp:lastModifiedBy>Shah, Nikhil</cp:lastModifiedBy>
  <cp:revision>2</cp:revision>
  <dcterms:created xsi:type="dcterms:W3CDTF">2013-12-23T23:15:00Z</dcterms:created>
  <dcterms:modified xsi:type="dcterms:W3CDTF">2026-08-05T19:07:00Z</dcterms:modified>
  <cp:category/>
</cp:coreProperties>
</file>